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3C6CE" w14:textId="77777777" w:rsidR="000B0055" w:rsidRDefault="00B36E40">
      <w:pPr>
        <w:shd w:val="clear" w:color="auto" w:fill="5B9BD5"/>
        <w:spacing w:after="160"/>
        <w:jc w:val="center"/>
      </w:pPr>
      <w:r>
        <w:rPr>
          <w:b/>
          <w:color w:val="FFFFFF"/>
          <w:sz w:val="18"/>
        </w:rPr>
        <w:t>PARAUGS</w:t>
      </w:r>
    </w:p>
    <w:p w14:paraId="5DFEB177" w14:textId="77777777" w:rsidR="000B0055" w:rsidRDefault="00B36E40">
      <w:pPr>
        <w:pStyle w:val="Nosaukums"/>
        <w:jc w:val="center"/>
      </w:pPr>
      <w:r>
        <w:t>ES ATBILSTĪBAS DEKLARĀCIJA</w:t>
      </w:r>
    </w:p>
    <w:p w14:paraId="0EEAF9E6" w14:textId="77777777" w:rsidR="000B0055" w:rsidRDefault="00B36E40">
      <w:pPr>
        <w:jc w:val="center"/>
      </w:pPr>
      <w:r>
        <w:rPr>
          <w:b/>
          <w:color w:val="365F91"/>
          <w:sz w:val="22"/>
        </w:rPr>
        <w:t>Nr. PPWR-BCC-2026-001</w:t>
      </w:r>
    </w:p>
    <w:tbl>
      <w:tblPr>
        <w:tblW w:w="0" w:type="auto"/>
        <w:jc w:val="center"/>
        <w:tblLook w:val="04A0" w:firstRow="1" w:lastRow="0" w:firstColumn="1" w:lastColumn="0" w:noHBand="0" w:noVBand="1"/>
      </w:tblPr>
      <w:tblGrid>
        <w:gridCol w:w="9746"/>
      </w:tblGrid>
      <w:tr w:rsidR="000B0055" w14:paraId="75E1C22D" w14:textId="77777777">
        <w:trPr>
          <w:jc w:val="center"/>
        </w:trPr>
        <w:tc>
          <w:tcPr>
            <w:tcW w:w="9746" w:type="dxa"/>
            <w:shd w:val="clear" w:color="auto" w:fill="EAF2F8"/>
            <w:tcMar>
              <w:top w:w="145" w:type="dxa"/>
              <w:left w:w="145" w:type="dxa"/>
              <w:bottom w:w="145" w:type="dxa"/>
              <w:right w:w="145" w:type="dxa"/>
            </w:tcMar>
          </w:tcPr>
          <w:p w14:paraId="6781B3F6" w14:textId="77777777" w:rsidR="000B0055" w:rsidRDefault="00B36E40">
            <w:r>
              <w:rPr>
                <w:b/>
                <w:color w:val="1F4E79"/>
              </w:rPr>
              <w:t xml:space="preserve">Tikai ilustratīvs paraugs. </w:t>
            </w:r>
            <w:r>
              <w:t>Visi šajā dokumentā norādītie uzņēmuma dati, reģistrācijas numuri, kontaktinformācija, produktu identifikatori, izmēri un tehniskās atsauces ir izdomātas un jāaizstāj ar pārbaudītu informāciju no izgatavotāja tehniskās dokumentācijas.</w:t>
            </w:r>
          </w:p>
        </w:tc>
      </w:tr>
    </w:tbl>
    <w:p w14:paraId="70E32212" w14:textId="77777777" w:rsidR="000B0055" w:rsidRDefault="000B0055">
      <w:pPr>
        <w:spacing w:after="0"/>
      </w:pPr>
    </w:p>
    <w:p w14:paraId="549EF1C4" w14:textId="77777777" w:rsidR="000B0055" w:rsidRDefault="00B36E40">
      <w:pPr>
        <w:pStyle w:val="Virsraksts1"/>
      </w:pPr>
      <w:r>
        <w:t>1. Unikāls iepakojuma identifikācijas numurs</w:t>
      </w:r>
    </w:p>
    <w:p w14:paraId="70ADD553" w14:textId="77777777" w:rsidR="000B0055" w:rsidRDefault="00B36E40">
      <w:r>
        <w:t>BCC-LC-250-001</w:t>
      </w:r>
    </w:p>
    <w:p w14:paraId="57DDCB49" w14:textId="77777777" w:rsidR="000B0055" w:rsidRDefault="00B36E40">
      <w:pPr>
        <w:pStyle w:val="Virsraksts1"/>
      </w:pPr>
      <w:r>
        <w:t>2. Izgatavotājs un pilnvarotais pārstāvis</w:t>
      </w:r>
    </w:p>
    <w:p w14:paraId="72CC8C5A" w14:textId="77777777" w:rsidR="000B0055" w:rsidRDefault="00B36E40">
      <w:pPr>
        <w:spacing w:after="50"/>
      </w:pPr>
      <w:r>
        <w:rPr>
          <w:b/>
          <w:color w:val="365F91"/>
        </w:rPr>
        <w:t xml:space="preserve">Izgatavotājs: </w:t>
      </w:r>
      <w:r>
        <w:t>Northstar Carton Works Ltd.</w:t>
      </w:r>
    </w:p>
    <w:p w14:paraId="2C315AEC" w14:textId="77777777" w:rsidR="000B0055" w:rsidRDefault="00B36E40">
      <w:pPr>
        <w:spacing w:after="50"/>
      </w:pPr>
      <w:r>
        <w:rPr>
          <w:b/>
          <w:color w:val="365F91"/>
        </w:rPr>
        <w:t xml:space="preserve">Reģistrācijas numurs: </w:t>
      </w:r>
      <w:r>
        <w:t>LV-EXAMPLE-40209999999</w:t>
      </w:r>
    </w:p>
    <w:p w14:paraId="7C79DDE2" w14:textId="77777777" w:rsidR="000B0055" w:rsidRDefault="00B36E40">
      <w:pPr>
        <w:spacing w:after="50"/>
      </w:pPr>
      <w:r>
        <w:rPr>
          <w:b/>
          <w:color w:val="365F91"/>
        </w:rPr>
        <w:t xml:space="preserve">Juridiskā adrese: </w:t>
      </w:r>
      <w:r>
        <w:t>27 Amber Meadow Street, Riga, LV-1099, Latvia</w:t>
      </w:r>
    </w:p>
    <w:p w14:paraId="6A42123F" w14:textId="77777777" w:rsidR="000B0055" w:rsidRDefault="00B36E40">
      <w:pPr>
        <w:spacing w:after="50"/>
      </w:pPr>
      <w:r>
        <w:rPr>
          <w:b/>
          <w:color w:val="365F91"/>
        </w:rPr>
        <w:t xml:space="preserve">E-pasts: </w:t>
      </w:r>
      <w:r>
        <w:t>compliance@example.invalid</w:t>
      </w:r>
    </w:p>
    <w:p w14:paraId="03C2F181" w14:textId="77777777" w:rsidR="000B0055" w:rsidRDefault="00B36E40">
      <w:pPr>
        <w:spacing w:after="50"/>
      </w:pPr>
      <w:r>
        <w:rPr>
          <w:b/>
          <w:color w:val="365F91"/>
        </w:rPr>
        <w:t xml:space="preserve">Tālrunis: </w:t>
      </w:r>
      <w:r>
        <w:t>+371 2000 0000</w:t>
      </w:r>
    </w:p>
    <w:p w14:paraId="68B78394" w14:textId="77777777" w:rsidR="000B0055" w:rsidRDefault="00B36E40">
      <w:pPr>
        <w:spacing w:after="50"/>
      </w:pPr>
      <w:r>
        <w:rPr>
          <w:b/>
          <w:color w:val="365F91"/>
        </w:rPr>
        <w:t xml:space="preserve">Authorised representative: </w:t>
      </w:r>
      <w:r>
        <w:t>Not applicable.</w:t>
      </w:r>
    </w:p>
    <w:p w14:paraId="633FBAED" w14:textId="77777777" w:rsidR="000B0055" w:rsidRDefault="00B36E40">
      <w:pPr>
        <w:pStyle w:val="Virsraksts1"/>
      </w:pPr>
      <w:r>
        <w:t>3. Atbildība par deklarācijas izdošanu</w:t>
      </w:r>
    </w:p>
    <w:p w14:paraId="1EF30119" w14:textId="1FA2EE78" w:rsidR="000B0055" w:rsidRDefault="00B36E40">
      <w:r>
        <w:t xml:space="preserve">Par šīs atbilstības deklarācijas izdošanu ir atbildīgs </w:t>
      </w:r>
      <w:r w:rsidRPr="000C0554">
        <w:rPr>
          <w:lang w:val="lv-LV"/>
        </w:rPr>
        <w:t>tikai un vienīgi izgatavotājs</w:t>
      </w:r>
      <w:r>
        <w:t>.</w:t>
      </w:r>
      <w:r w:rsidR="000C0554">
        <w:t xml:space="preserve"> </w:t>
      </w:r>
      <w:r w:rsidR="000C0554" w:rsidRPr="000C0554">
        <w:rPr>
          <w:lang w:val="lv-LV"/>
        </w:rPr>
        <w:t>Ar šo ES atbilstības deklarāciju ražotājs apliecina, ka šajā deklarācijā identificētā iepakojuma atbilstība Regulas (ES) 2025/40 5.–12. pantā noteiktajām vai saskaņā ar tiem noteiktajām piemērojamām prasībām ir pierādīta</w:t>
      </w:r>
    </w:p>
    <w:p w14:paraId="6B7DDE3E" w14:textId="77777777" w:rsidR="000B0055" w:rsidRDefault="00B36E40">
      <w:pPr>
        <w:pStyle w:val="Virsraksts1"/>
      </w:pPr>
      <w:r>
        <w:t>4. Deklarācijas priekšmets</w:t>
      </w:r>
    </w:p>
    <w:p w14:paraId="56C3D946" w14:textId="77777777" w:rsidR="000B0055" w:rsidRDefault="00B36E40">
      <w:pPr>
        <w:spacing w:after="50"/>
      </w:pPr>
      <w:r>
        <w:rPr>
          <w:b/>
          <w:color w:val="365F91"/>
        </w:rPr>
        <w:t xml:space="preserve">Iepakojuma nosaukums: </w:t>
      </w:r>
      <w:r>
        <w:t>Laminēta kartona iepakojums biskvīta kūkām</w:t>
      </w:r>
    </w:p>
    <w:p w14:paraId="327329DF" w14:textId="77777777" w:rsidR="000B0055" w:rsidRDefault="00B36E40">
      <w:pPr>
        <w:spacing w:after="50"/>
      </w:pPr>
      <w:r>
        <w:rPr>
          <w:b/>
          <w:color w:val="365F91"/>
        </w:rPr>
        <w:t xml:space="preserve">Iepakojuma identifikācija: </w:t>
      </w:r>
      <w:r>
        <w:t>BCC-LC-250-001</w:t>
      </w:r>
    </w:p>
    <w:p w14:paraId="071A28E1" w14:textId="77777777" w:rsidR="000B0055" w:rsidRDefault="00B36E40">
      <w:pPr>
        <w:spacing w:after="50"/>
      </w:pPr>
      <w:r>
        <w:rPr>
          <w:b/>
          <w:color w:val="365F91"/>
        </w:rPr>
        <w:t xml:space="preserve">Iepakojuma kategorija: </w:t>
      </w:r>
      <w:r>
        <w:t>Tirdzniecības iepakojums</w:t>
      </w:r>
    </w:p>
    <w:p w14:paraId="119F038D" w14:textId="77777777" w:rsidR="000B0055" w:rsidRDefault="00B36E40">
      <w:pPr>
        <w:spacing w:after="50"/>
      </w:pPr>
      <w:r>
        <w:rPr>
          <w:b/>
          <w:color w:val="365F91"/>
        </w:rPr>
        <w:t xml:space="preserve">Paredzētais lietojums: </w:t>
      </w:r>
      <w:r>
        <w:t>Primārais iepakojums fasētu biskvīta kūku ievietošanai un aizsardzībai izplatīšanas, izvietošanas mazumtirdzniecībā un lietošanas laikā.</w:t>
      </w:r>
    </w:p>
    <w:p w14:paraId="1C57FA76" w14:textId="77777777" w:rsidR="000B0055" w:rsidRDefault="00B36E40">
      <w:pPr>
        <w:spacing w:after="50"/>
      </w:pPr>
      <w:r>
        <w:rPr>
          <w:b/>
          <w:color w:val="365F91"/>
        </w:rPr>
        <w:t xml:space="preserve">Apraksts: </w:t>
      </w:r>
      <w:r>
        <w:t>Salokāma kartona kārba, kas izgatavota no kartona ar plānu polimēra laminātu, kurš pilda funkcionālas barjeras funkciju. Kārbas ārējā virsma ir apdrukāta, un tā ir noslēgta ar līmi. Šajā ilustratīvajā paraugā pieņemts, ka iepakotās kūkas papildus aizsargā atsevišķs iekšējais iesaiņojums, kas paredzēts saskarei ar pārtiku; tādēļ kartona kārba nav paredzēta tiešai saskarei ar pārtiku.</w:t>
      </w:r>
    </w:p>
    <w:p w14:paraId="76304A38" w14:textId="77777777" w:rsidR="000B0055" w:rsidRDefault="00B36E40">
      <w:pPr>
        <w:pStyle w:val="Virsraksts2"/>
      </w:pPr>
      <w:r>
        <w:t>Iepakojuma konfigurācija</w:t>
      </w:r>
    </w:p>
    <w:tbl>
      <w:tblPr>
        <w:tblW w:w="0" w:type="auto"/>
        <w:jc w:val="center"/>
        <w:tblLayout w:type="fixed"/>
        <w:tblLook w:val="04A0" w:firstRow="1" w:lastRow="0" w:firstColumn="1" w:lastColumn="0" w:noHBand="0" w:noVBand="1"/>
      </w:tblPr>
      <w:tblGrid>
        <w:gridCol w:w="3249"/>
        <w:gridCol w:w="3249"/>
        <w:gridCol w:w="3402"/>
      </w:tblGrid>
      <w:tr w:rsidR="000B0055" w14:paraId="65C0EE11" w14:textId="77777777">
        <w:trPr>
          <w:jc w:val="center"/>
        </w:trPr>
        <w:tc>
          <w:tcPr>
            <w:tcW w:w="3249" w:type="dxa"/>
            <w:shd w:val="clear" w:color="auto" w:fill="1F4E79"/>
            <w:tcMar>
              <w:top w:w="100" w:type="dxa"/>
              <w:left w:w="100" w:type="dxa"/>
              <w:bottom w:w="100" w:type="dxa"/>
              <w:right w:w="100" w:type="dxa"/>
            </w:tcMar>
            <w:vAlign w:val="center"/>
          </w:tcPr>
          <w:p w14:paraId="359C3FE1" w14:textId="77777777" w:rsidR="000B0055" w:rsidRDefault="00B36E40">
            <w:r>
              <w:rPr>
                <w:b/>
                <w:color w:val="FFFFFF"/>
                <w:sz w:val="18"/>
              </w:rPr>
              <w:t>Komponents</w:t>
            </w:r>
          </w:p>
        </w:tc>
        <w:tc>
          <w:tcPr>
            <w:tcW w:w="3249" w:type="dxa"/>
            <w:shd w:val="clear" w:color="auto" w:fill="1F4E79"/>
            <w:tcMar>
              <w:top w:w="100" w:type="dxa"/>
              <w:left w:w="100" w:type="dxa"/>
              <w:bottom w:w="100" w:type="dxa"/>
              <w:right w:w="100" w:type="dxa"/>
            </w:tcMar>
            <w:vAlign w:val="center"/>
          </w:tcPr>
          <w:p w14:paraId="464B6631" w14:textId="77777777" w:rsidR="000B0055" w:rsidRDefault="00B36E40">
            <w:r>
              <w:rPr>
                <w:b/>
                <w:color w:val="FFFFFF"/>
                <w:sz w:val="18"/>
              </w:rPr>
              <w:t>Materiāls</w:t>
            </w:r>
          </w:p>
        </w:tc>
        <w:tc>
          <w:tcPr>
            <w:tcW w:w="3249" w:type="dxa"/>
            <w:shd w:val="clear" w:color="auto" w:fill="1F4E79"/>
            <w:tcMar>
              <w:top w:w="100" w:type="dxa"/>
              <w:left w:w="100" w:type="dxa"/>
              <w:bottom w:w="100" w:type="dxa"/>
              <w:right w:w="100" w:type="dxa"/>
            </w:tcMar>
            <w:vAlign w:val="center"/>
          </w:tcPr>
          <w:p w14:paraId="559C3C44" w14:textId="77777777" w:rsidR="000B0055" w:rsidRDefault="00B36E40">
            <w:r>
              <w:rPr>
                <w:b/>
                <w:color w:val="FFFFFF"/>
                <w:sz w:val="18"/>
              </w:rPr>
              <w:t>Parauga specifikācija</w:t>
            </w:r>
          </w:p>
        </w:tc>
      </w:tr>
      <w:tr w:rsidR="000B0055" w:rsidRPr="000C0554" w14:paraId="093D8D0C" w14:textId="77777777">
        <w:trPr>
          <w:jc w:val="center"/>
        </w:trPr>
        <w:tc>
          <w:tcPr>
            <w:tcW w:w="2551" w:type="dxa"/>
            <w:shd w:val="clear" w:color="auto" w:fill="F4F7FA"/>
            <w:tcMar>
              <w:top w:w="100" w:type="dxa"/>
              <w:left w:w="100" w:type="dxa"/>
              <w:bottom w:w="100" w:type="dxa"/>
              <w:right w:w="100" w:type="dxa"/>
            </w:tcMar>
            <w:vAlign w:val="center"/>
          </w:tcPr>
          <w:p w14:paraId="3579FB90" w14:textId="77777777" w:rsidR="000B0055" w:rsidRDefault="00B36E40">
            <w:r>
              <w:rPr>
                <w:sz w:val="18"/>
              </w:rPr>
              <w:t>Kartona kārbas korpuss</w:t>
            </w:r>
          </w:p>
        </w:tc>
        <w:tc>
          <w:tcPr>
            <w:tcW w:w="3061" w:type="dxa"/>
            <w:shd w:val="clear" w:color="auto" w:fill="F4F7FA"/>
            <w:tcMar>
              <w:top w:w="100" w:type="dxa"/>
              <w:left w:w="100" w:type="dxa"/>
              <w:bottom w:w="100" w:type="dxa"/>
              <w:right w:w="100" w:type="dxa"/>
            </w:tcMar>
            <w:vAlign w:val="center"/>
          </w:tcPr>
          <w:p w14:paraId="23B480AE" w14:textId="77777777" w:rsidR="000B0055" w:rsidRDefault="00B36E40">
            <w:r>
              <w:rPr>
                <w:sz w:val="18"/>
              </w:rPr>
              <w:t>Kartons</w:t>
            </w:r>
          </w:p>
        </w:tc>
        <w:tc>
          <w:tcPr>
            <w:tcW w:w="3402" w:type="dxa"/>
            <w:shd w:val="clear" w:color="auto" w:fill="F4F7FA"/>
            <w:tcMar>
              <w:top w:w="100" w:type="dxa"/>
              <w:left w:w="100" w:type="dxa"/>
              <w:bottom w:w="100" w:type="dxa"/>
              <w:right w:w="100" w:type="dxa"/>
            </w:tcMar>
            <w:vAlign w:val="center"/>
          </w:tcPr>
          <w:p w14:paraId="5EB963FB" w14:textId="77777777" w:rsidR="000B0055" w:rsidRPr="000C0554" w:rsidRDefault="00B36E40">
            <w:pPr>
              <w:rPr>
                <w:lang w:val="sv-SE"/>
              </w:rPr>
            </w:pPr>
            <w:r w:rsidRPr="000C0554">
              <w:rPr>
                <w:sz w:val="18"/>
                <w:lang w:val="sv-SE"/>
              </w:rPr>
              <w:t>Salokāmo kārbu kartons; parauga nominālā masa 28 g</w:t>
            </w:r>
          </w:p>
        </w:tc>
      </w:tr>
      <w:tr w:rsidR="000B0055" w14:paraId="6E9BD682" w14:textId="77777777">
        <w:trPr>
          <w:jc w:val="center"/>
        </w:trPr>
        <w:tc>
          <w:tcPr>
            <w:tcW w:w="2551" w:type="dxa"/>
            <w:shd w:val="clear" w:color="auto" w:fill="FFFFFF"/>
            <w:tcMar>
              <w:top w:w="100" w:type="dxa"/>
              <w:left w:w="100" w:type="dxa"/>
              <w:bottom w:w="100" w:type="dxa"/>
              <w:right w:w="100" w:type="dxa"/>
            </w:tcMar>
            <w:vAlign w:val="center"/>
          </w:tcPr>
          <w:p w14:paraId="1958B850" w14:textId="77777777" w:rsidR="000B0055" w:rsidRDefault="00B36E40">
            <w:proofErr w:type="spellStart"/>
            <w:r>
              <w:rPr>
                <w:sz w:val="18"/>
              </w:rPr>
              <w:t>Barjeras</w:t>
            </w:r>
            <w:proofErr w:type="spellEnd"/>
            <w:r>
              <w:rPr>
                <w:sz w:val="18"/>
              </w:rPr>
              <w:t xml:space="preserve"> </w:t>
            </w:r>
            <w:proofErr w:type="spellStart"/>
            <w:r>
              <w:rPr>
                <w:sz w:val="18"/>
              </w:rPr>
              <w:t>slānis</w:t>
            </w:r>
            <w:proofErr w:type="spellEnd"/>
          </w:p>
        </w:tc>
        <w:tc>
          <w:tcPr>
            <w:tcW w:w="3061" w:type="dxa"/>
            <w:shd w:val="clear" w:color="auto" w:fill="FFFFFF"/>
            <w:tcMar>
              <w:top w:w="100" w:type="dxa"/>
              <w:left w:w="100" w:type="dxa"/>
              <w:bottom w:w="100" w:type="dxa"/>
              <w:right w:w="100" w:type="dxa"/>
            </w:tcMar>
            <w:vAlign w:val="center"/>
          </w:tcPr>
          <w:p w14:paraId="7BA39C51" w14:textId="77777777" w:rsidR="000B0055" w:rsidRDefault="00B36E40">
            <w:r>
              <w:rPr>
                <w:sz w:val="18"/>
              </w:rPr>
              <w:t>Polietilēna lamināts</w:t>
            </w:r>
          </w:p>
        </w:tc>
        <w:tc>
          <w:tcPr>
            <w:tcW w:w="3402" w:type="dxa"/>
            <w:shd w:val="clear" w:color="auto" w:fill="FFFFFF"/>
            <w:tcMar>
              <w:top w:w="100" w:type="dxa"/>
              <w:left w:w="100" w:type="dxa"/>
              <w:bottom w:w="100" w:type="dxa"/>
              <w:right w:w="100" w:type="dxa"/>
            </w:tcMar>
            <w:vAlign w:val="center"/>
          </w:tcPr>
          <w:p w14:paraId="4EB0C5A9" w14:textId="77777777" w:rsidR="000B0055" w:rsidRDefault="00B36E40">
            <w:r>
              <w:rPr>
                <w:sz w:val="18"/>
              </w:rPr>
              <w:t>Plāns funkcionāls pārklājums uz kartona kārbas iekšējās virsmas</w:t>
            </w:r>
          </w:p>
        </w:tc>
      </w:tr>
      <w:tr w:rsidR="000B0055" w14:paraId="5CA508E3" w14:textId="77777777">
        <w:trPr>
          <w:jc w:val="center"/>
        </w:trPr>
        <w:tc>
          <w:tcPr>
            <w:tcW w:w="2551" w:type="dxa"/>
            <w:shd w:val="clear" w:color="auto" w:fill="F4F7FA"/>
            <w:tcMar>
              <w:top w:w="100" w:type="dxa"/>
              <w:left w:w="100" w:type="dxa"/>
              <w:bottom w:w="100" w:type="dxa"/>
              <w:right w:w="100" w:type="dxa"/>
            </w:tcMar>
            <w:vAlign w:val="center"/>
          </w:tcPr>
          <w:p w14:paraId="6B812B91" w14:textId="77777777" w:rsidR="000B0055" w:rsidRDefault="00B36E40">
            <w:r>
              <w:rPr>
                <w:sz w:val="18"/>
              </w:rPr>
              <w:t>Apdruka</w:t>
            </w:r>
          </w:p>
        </w:tc>
        <w:tc>
          <w:tcPr>
            <w:tcW w:w="3061" w:type="dxa"/>
            <w:shd w:val="clear" w:color="auto" w:fill="F4F7FA"/>
            <w:tcMar>
              <w:top w:w="100" w:type="dxa"/>
              <w:left w:w="100" w:type="dxa"/>
              <w:bottom w:w="100" w:type="dxa"/>
              <w:right w:w="100" w:type="dxa"/>
            </w:tcMar>
            <w:vAlign w:val="center"/>
          </w:tcPr>
          <w:p w14:paraId="55713AB5" w14:textId="77777777" w:rsidR="000B0055" w:rsidRDefault="00B36E40">
            <w:r>
              <w:rPr>
                <w:sz w:val="18"/>
              </w:rPr>
              <w:t>Tipogrāfijas krāsas ar zemu migrācijas līmeni</w:t>
            </w:r>
          </w:p>
        </w:tc>
        <w:tc>
          <w:tcPr>
            <w:tcW w:w="3402" w:type="dxa"/>
            <w:shd w:val="clear" w:color="auto" w:fill="F4F7FA"/>
            <w:tcMar>
              <w:top w:w="100" w:type="dxa"/>
              <w:left w:w="100" w:type="dxa"/>
              <w:bottom w:w="100" w:type="dxa"/>
              <w:right w:w="100" w:type="dxa"/>
            </w:tcMar>
            <w:vAlign w:val="center"/>
          </w:tcPr>
          <w:p w14:paraId="73E61448" w14:textId="77777777" w:rsidR="000B0055" w:rsidRDefault="00B36E40">
            <w:r>
              <w:rPr>
                <w:sz w:val="18"/>
              </w:rPr>
              <w:t>Uzklātas uz ārējās virsmas</w:t>
            </w:r>
          </w:p>
        </w:tc>
      </w:tr>
      <w:tr w:rsidR="000B0055" w14:paraId="68174259" w14:textId="77777777">
        <w:trPr>
          <w:jc w:val="center"/>
        </w:trPr>
        <w:tc>
          <w:tcPr>
            <w:tcW w:w="2551" w:type="dxa"/>
            <w:shd w:val="clear" w:color="auto" w:fill="FFFFFF"/>
            <w:tcMar>
              <w:top w:w="100" w:type="dxa"/>
              <w:left w:w="100" w:type="dxa"/>
              <w:bottom w:w="100" w:type="dxa"/>
              <w:right w:w="100" w:type="dxa"/>
            </w:tcMar>
            <w:vAlign w:val="center"/>
          </w:tcPr>
          <w:p w14:paraId="4252DAAF" w14:textId="77777777" w:rsidR="000B0055" w:rsidRDefault="00B36E40">
            <w:r>
              <w:rPr>
                <w:sz w:val="18"/>
              </w:rPr>
              <w:lastRenderedPageBreak/>
              <w:t>Noslēgums</w:t>
            </w:r>
          </w:p>
        </w:tc>
        <w:tc>
          <w:tcPr>
            <w:tcW w:w="3061" w:type="dxa"/>
            <w:shd w:val="clear" w:color="auto" w:fill="FFFFFF"/>
            <w:tcMar>
              <w:top w:w="100" w:type="dxa"/>
              <w:left w:w="100" w:type="dxa"/>
              <w:bottom w:w="100" w:type="dxa"/>
              <w:right w:w="100" w:type="dxa"/>
            </w:tcMar>
            <w:vAlign w:val="center"/>
          </w:tcPr>
          <w:p w14:paraId="7F9C4CD4" w14:textId="77777777" w:rsidR="000B0055" w:rsidRDefault="00B36E40">
            <w:r>
              <w:rPr>
                <w:sz w:val="18"/>
              </w:rPr>
              <w:t>Iepakojuma līme</w:t>
            </w:r>
          </w:p>
        </w:tc>
        <w:tc>
          <w:tcPr>
            <w:tcW w:w="3402" w:type="dxa"/>
            <w:shd w:val="clear" w:color="auto" w:fill="FFFFFF"/>
            <w:tcMar>
              <w:top w:w="100" w:type="dxa"/>
              <w:left w:w="100" w:type="dxa"/>
              <w:bottom w:w="100" w:type="dxa"/>
              <w:right w:w="100" w:type="dxa"/>
            </w:tcMar>
            <w:vAlign w:val="center"/>
          </w:tcPr>
          <w:p w14:paraId="2A3C5861" w14:textId="77777777" w:rsidR="000B0055" w:rsidRDefault="00B36E40">
            <w:r>
              <w:rPr>
                <w:sz w:val="18"/>
              </w:rPr>
              <w:t>Uzklāta sānu šuvei un aizvēršanas atlokam</w:t>
            </w:r>
          </w:p>
        </w:tc>
      </w:tr>
    </w:tbl>
    <w:p w14:paraId="5F594A9D" w14:textId="77777777" w:rsidR="000B0055" w:rsidRDefault="00B36E40">
      <w:pPr>
        <w:pStyle w:val="Virsraksts1"/>
      </w:pPr>
      <w:r>
        <w:t>5. Atbilstība Savienības saskaņošanas tiesību aktiem</w:t>
      </w:r>
    </w:p>
    <w:p w14:paraId="7F9053A8" w14:textId="77777777" w:rsidR="000B0055" w:rsidRDefault="00B36E40">
      <w:r>
        <w:t>Šīs deklarācijas 4. punktā aprakstītais priekšmets atbilst Eiropas Parlamenta un Padomes 2024. gada 19. decembra Regulai (ES) 2025/40 par iepakojumu un iepakojuma atkritumiem, ar ko groza Regulu (ES) 2019/1020 un Direktīvu (ES) 2019/904 un atceļ Direktīvu 94/62/EK.</w:t>
      </w:r>
    </w:p>
    <w:p w14:paraId="5EE64014" w14:textId="77777777" w:rsidR="000B0055" w:rsidRPr="000C0554" w:rsidRDefault="00B36E40">
      <w:pPr>
        <w:pStyle w:val="Virsraksts1"/>
        <w:rPr>
          <w:lang w:val="sv-SE"/>
        </w:rPr>
      </w:pPr>
      <w:r w:rsidRPr="000C0554">
        <w:rPr>
          <w:lang w:val="sv-SE"/>
        </w:rPr>
        <w:t>6. Standarti, kopīgās specifikācijas un citas tehniskās specifikācijas</w:t>
      </w:r>
    </w:p>
    <w:p w14:paraId="42351668" w14:textId="77777777" w:rsidR="000B0055" w:rsidRPr="000C0554" w:rsidRDefault="00B36E40">
      <w:pPr>
        <w:rPr>
          <w:lang w:val="sv-SE"/>
        </w:rPr>
      </w:pPr>
      <w:r w:rsidRPr="000C0554">
        <w:rPr>
          <w:lang w:val="sv-SE"/>
        </w:rPr>
        <w:t>Atbilstība tiek deklarēta, atsaucoties uz šādiem izdomātiem izgatavotāja kontrolētiem dokumentiem, kuri jāaizstāj ar faktiski izmantotajiem dokumentiem:</w:t>
      </w:r>
    </w:p>
    <w:p w14:paraId="09A97724" w14:textId="77777777" w:rsidR="000B0055" w:rsidRPr="000C0554" w:rsidRDefault="00B36E40">
      <w:pPr>
        <w:pStyle w:val="Sarakstaaizzme"/>
        <w:rPr>
          <w:lang w:val="sv-SE"/>
        </w:rPr>
      </w:pPr>
      <w:r w:rsidRPr="000C0554">
        <w:rPr>
          <w:lang w:val="sv-SE"/>
        </w:rPr>
        <w:t>Iepakojuma tehniskā specifikācija BCC-LC-250-01, redakcija 1: materiāli, izmēri un konstrukcija;</w:t>
      </w:r>
    </w:p>
    <w:p w14:paraId="454C4E02" w14:textId="77777777" w:rsidR="000B0055" w:rsidRPr="000C0554" w:rsidRDefault="00B36E40">
      <w:pPr>
        <w:pStyle w:val="Sarakstaaizzme"/>
        <w:rPr>
          <w:lang w:val="sv-SE"/>
        </w:rPr>
      </w:pPr>
      <w:r w:rsidRPr="000C0554">
        <w:rPr>
          <w:lang w:val="sv-SE"/>
        </w:rPr>
        <w:t>Iepakojuma minimizēšanas novērtējums PMA-BCC-001, redakcija 1;</w:t>
      </w:r>
    </w:p>
    <w:p w14:paraId="1B5989D5" w14:textId="77777777" w:rsidR="000B0055" w:rsidRPr="000C0554" w:rsidRDefault="00B36E40">
      <w:pPr>
        <w:pStyle w:val="Sarakstaaizzme"/>
        <w:rPr>
          <w:lang w:val="sv-SE"/>
        </w:rPr>
      </w:pPr>
      <w:r w:rsidRPr="000C0554">
        <w:rPr>
          <w:lang w:val="sv-SE"/>
        </w:rPr>
        <w:t>Reciklējamības novērtējums RA-LC-001, redakcija 1;</w:t>
      </w:r>
    </w:p>
    <w:p w14:paraId="55096175" w14:textId="77777777" w:rsidR="000B0055" w:rsidRPr="000C0554" w:rsidRDefault="00B36E40">
      <w:pPr>
        <w:pStyle w:val="Sarakstaaizzme"/>
        <w:rPr>
          <w:lang w:val="sv-SE"/>
        </w:rPr>
      </w:pPr>
      <w:r w:rsidRPr="000C0554">
        <w:rPr>
          <w:lang w:val="sv-SE"/>
        </w:rPr>
        <w:t>Iepakojuma snieguma verifikācijas pārskats PPV-BCC-001, redakcija 1;</w:t>
      </w:r>
    </w:p>
    <w:p w14:paraId="63EC9E5E" w14:textId="77777777" w:rsidR="000B0055" w:rsidRPr="000C0554" w:rsidRDefault="00B36E40">
      <w:pPr>
        <w:pStyle w:val="Sarakstaaizzme"/>
        <w:rPr>
          <w:lang w:val="sv-SE"/>
        </w:rPr>
      </w:pPr>
      <w:r w:rsidRPr="000C0554">
        <w:rPr>
          <w:lang w:val="sv-SE"/>
        </w:rPr>
        <w:t>Iekšējās ražošanas kontroles procedūra IPC-01, redakcija 2.</w:t>
      </w:r>
    </w:p>
    <w:p w14:paraId="07846653" w14:textId="77777777" w:rsidR="000B0055" w:rsidRPr="000C0554" w:rsidRDefault="00B36E40">
      <w:pPr>
        <w:rPr>
          <w:lang w:val="sv-SE"/>
        </w:rPr>
      </w:pPr>
      <w:r w:rsidRPr="000C0554">
        <w:rPr>
          <w:lang w:val="sv-SE"/>
        </w:rPr>
        <w:t>Šajā ilustratīvajā paraugā nav norādīts neviens saskaņotais standarts vai kopīgā specifikācija.</w:t>
      </w:r>
    </w:p>
    <w:p w14:paraId="7D564063" w14:textId="77777777" w:rsidR="000B0055" w:rsidRPr="000C0554" w:rsidRDefault="00B36E40">
      <w:pPr>
        <w:pStyle w:val="Virsraksts1"/>
        <w:rPr>
          <w:lang w:val="sv-SE"/>
        </w:rPr>
      </w:pPr>
      <w:r w:rsidRPr="000C0554">
        <w:rPr>
          <w:lang w:val="sv-SE"/>
        </w:rPr>
        <w:t>7. Paziņotā struktūra</w:t>
      </w:r>
    </w:p>
    <w:p w14:paraId="70F105AE" w14:textId="77777777" w:rsidR="000B0055" w:rsidRPr="000C0554" w:rsidRDefault="00B36E40">
      <w:pPr>
        <w:rPr>
          <w:lang w:val="sv-SE"/>
        </w:rPr>
      </w:pPr>
      <w:r w:rsidRPr="000C0554">
        <w:rPr>
          <w:lang w:val="sv-SE"/>
        </w:rPr>
        <w:t>Nav piemērojams. Šajā paraugā aprakstītajā atbilstības novērtēšanā paziņotā struktūra nebija iesaistīta.</w:t>
      </w:r>
    </w:p>
    <w:p w14:paraId="6973DDD1" w14:textId="77777777" w:rsidR="000B0055" w:rsidRPr="000C0554" w:rsidRDefault="00B36E40">
      <w:pPr>
        <w:pStyle w:val="Virsraksts1"/>
        <w:rPr>
          <w:lang w:val="sv-SE"/>
        </w:rPr>
      </w:pPr>
      <w:r w:rsidRPr="000C0554">
        <w:rPr>
          <w:lang w:val="sv-SE"/>
        </w:rPr>
        <w:t>8. Papildu informācija</w:t>
      </w:r>
    </w:p>
    <w:p w14:paraId="1D1193A3" w14:textId="77777777" w:rsidR="000B0055" w:rsidRDefault="00B36E40">
      <w:r w:rsidRPr="000C0554">
        <w:rPr>
          <w:lang w:val="sv-SE"/>
        </w:rPr>
        <w:t xml:space="preserve">Atbilstības novērtēšana veikta, izmantojot Regulas (ES) 2025/40 VII pielikumā noteikto A moduli “Iekšējā ražošanas kontrole”. </w:t>
      </w:r>
      <w:proofErr w:type="spellStart"/>
      <w:r>
        <w:t>Izgatavotājs</w:t>
      </w:r>
      <w:proofErr w:type="spellEnd"/>
      <w:r>
        <w:t xml:space="preserve"> </w:t>
      </w:r>
      <w:proofErr w:type="spellStart"/>
      <w:r>
        <w:t>glabā</w:t>
      </w:r>
      <w:proofErr w:type="spellEnd"/>
      <w:r>
        <w:t xml:space="preserve"> </w:t>
      </w:r>
      <w:proofErr w:type="spellStart"/>
      <w:r>
        <w:t>tehnisko</w:t>
      </w:r>
      <w:proofErr w:type="spellEnd"/>
      <w:r>
        <w:t xml:space="preserve"> </w:t>
      </w:r>
      <w:proofErr w:type="spellStart"/>
      <w:r>
        <w:t>dokumentāciju</w:t>
      </w:r>
      <w:proofErr w:type="spellEnd"/>
      <w:r>
        <w:t>, kas pamato šo deklarāciju.</w:t>
      </w:r>
    </w:p>
    <w:p w14:paraId="46599F98" w14:textId="77777777" w:rsidR="000B0055" w:rsidRDefault="000B0055">
      <w:pPr>
        <w:spacing w:before="160"/>
      </w:pPr>
    </w:p>
    <w:tbl>
      <w:tblPr>
        <w:tblW w:w="0" w:type="auto"/>
        <w:jc w:val="center"/>
        <w:tblLayout w:type="fixed"/>
        <w:tblLook w:val="04A0" w:firstRow="1" w:lastRow="0" w:firstColumn="1" w:lastColumn="0" w:noHBand="0" w:noVBand="1"/>
      </w:tblPr>
      <w:tblGrid>
        <w:gridCol w:w="4873"/>
        <w:gridCol w:w="4873"/>
      </w:tblGrid>
      <w:tr w:rsidR="000B0055" w14:paraId="66EA1ABD" w14:textId="77777777">
        <w:trPr>
          <w:jc w:val="center"/>
        </w:trPr>
        <w:tc>
          <w:tcPr>
            <w:tcW w:w="4873" w:type="dxa"/>
            <w:shd w:val="clear" w:color="auto" w:fill="EAF2F8"/>
            <w:tcMar>
              <w:top w:w="100" w:type="dxa"/>
              <w:left w:w="100" w:type="dxa"/>
              <w:bottom w:w="100" w:type="dxa"/>
              <w:right w:w="100" w:type="dxa"/>
            </w:tcMar>
            <w:vAlign w:val="center"/>
          </w:tcPr>
          <w:p w14:paraId="774C59B7" w14:textId="77777777" w:rsidR="000B0055" w:rsidRDefault="00B36E40">
            <w:r>
              <w:rPr>
                <w:b/>
                <w:color w:val="365F91"/>
                <w:sz w:val="18"/>
              </w:rPr>
              <w:t>Parakstīts šādas personas vārdā</w:t>
            </w:r>
          </w:p>
        </w:tc>
        <w:tc>
          <w:tcPr>
            <w:tcW w:w="4873" w:type="dxa"/>
            <w:tcMar>
              <w:top w:w="100" w:type="dxa"/>
              <w:left w:w="100" w:type="dxa"/>
              <w:bottom w:w="100" w:type="dxa"/>
              <w:right w:w="100" w:type="dxa"/>
            </w:tcMar>
            <w:vAlign w:val="center"/>
          </w:tcPr>
          <w:p w14:paraId="471AB6F8" w14:textId="77777777" w:rsidR="000B0055" w:rsidRDefault="00B36E40">
            <w:r>
              <w:rPr>
                <w:sz w:val="18"/>
              </w:rPr>
              <w:t>Northstar Carton Works Ltd.</w:t>
            </w:r>
          </w:p>
        </w:tc>
      </w:tr>
      <w:tr w:rsidR="000B0055" w14:paraId="32A189CE" w14:textId="77777777">
        <w:trPr>
          <w:jc w:val="center"/>
        </w:trPr>
        <w:tc>
          <w:tcPr>
            <w:tcW w:w="4873" w:type="dxa"/>
            <w:shd w:val="clear" w:color="auto" w:fill="EAF2F8"/>
            <w:tcMar>
              <w:top w:w="100" w:type="dxa"/>
              <w:left w:w="100" w:type="dxa"/>
              <w:bottom w:w="100" w:type="dxa"/>
              <w:right w:w="100" w:type="dxa"/>
            </w:tcMar>
            <w:vAlign w:val="center"/>
          </w:tcPr>
          <w:p w14:paraId="3E10ABE9" w14:textId="77777777" w:rsidR="000B0055" w:rsidRDefault="00B36E40">
            <w:r>
              <w:rPr>
                <w:b/>
                <w:color w:val="365F91"/>
                <w:sz w:val="18"/>
              </w:rPr>
              <w:t>Izdošanas vieta</w:t>
            </w:r>
          </w:p>
        </w:tc>
        <w:tc>
          <w:tcPr>
            <w:tcW w:w="4873" w:type="dxa"/>
            <w:tcMar>
              <w:top w:w="100" w:type="dxa"/>
              <w:left w:w="100" w:type="dxa"/>
              <w:bottom w:w="100" w:type="dxa"/>
              <w:right w:w="100" w:type="dxa"/>
            </w:tcMar>
            <w:vAlign w:val="center"/>
          </w:tcPr>
          <w:p w14:paraId="209FEF06" w14:textId="77777777" w:rsidR="000B0055" w:rsidRDefault="00B36E40">
            <w:r>
              <w:rPr>
                <w:sz w:val="18"/>
              </w:rPr>
              <w:t>Rīga, Latvija</w:t>
            </w:r>
          </w:p>
        </w:tc>
      </w:tr>
      <w:tr w:rsidR="000B0055" w14:paraId="61A579E8" w14:textId="77777777">
        <w:trPr>
          <w:jc w:val="center"/>
        </w:trPr>
        <w:tc>
          <w:tcPr>
            <w:tcW w:w="4873" w:type="dxa"/>
            <w:shd w:val="clear" w:color="auto" w:fill="EAF2F8"/>
            <w:tcMar>
              <w:top w:w="100" w:type="dxa"/>
              <w:left w:w="100" w:type="dxa"/>
              <w:bottom w:w="100" w:type="dxa"/>
              <w:right w:w="100" w:type="dxa"/>
            </w:tcMar>
            <w:vAlign w:val="center"/>
          </w:tcPr>
          <w:p w14:paraId="7A306864" w14:textId="77777777" w:rsidR="000B0055" w:rsidRDefault="00B36E40">
            <w:r>
              <w:rPr>
                <w:b/>
                <w:color w:val="365F91"/>
                <w:sz w:val="18"/>
              </w:rPr>
              <w:t>Izdošanas datums</w:t>
            </w:r>
          </w:p>
        </w:tc>
        <w:tc>
          <w:tcPr>
            <w:tcW w:w="4873" w:type="dxa"/>
            <w:tcMar>
              <w:top w:w="100" w:type="dxa"/>
              <w:left w:w="100" w:type="dxa"/>
              <w:bottom w:w="100" w:type="dxa"/>
              <w:right w:w="100" w:type="dxa"/>
            </w:tcMar>
            <w:vAlign w:val="center"/>
          </w:tcPr>
          <w:p w14:paraId="2E21CC40" w14:textId="77777777" w:rsidR="000B0055" w:rsidRDefault="00B36E40">
            <w:r>
              <w:rPr>
                <w:sz w:val="18"/>
              </w:rPr>
              <w:t>2026. gada 11. septembris</w:t>
            </w:r>
          </w:p>
        </w:tc>
      </w:tr>
      <w:tr w:rsidR="000B0055" w14:paraId="2647C125" w14:textId="77777777">
        <w:trPr>
          <w:jc w:val="center"/>
        </w:trPr>
        <w:tc>
          <w:tcPr>
            <w:tcW w:w="4873" w:type="dxa"/>
            <w:shd w:val="clear" w:color="auto" w:fill="EAF2F8"/>
            <w:tcMar>
              <w:top w:w="100" w:type="dxa"/>
              <w:left w:w="100" w:type="dxa"/>
              <w:bottom w:w="100" w:type="dxa"/>
              <w:right w:w="100" w:type="dxa"/>
            </w:tcMar>
            <w:vAlign w:val="center"/>
          </w:tcPr>
          <w:p w14:paraId="24429E23" w14:textId="77777777" w:rsidR="000B0055" w:rsidRDefault="00B36E40">
            <w:r>
              <w:rPr>
                <w:b/>
                <w:color w:val="365F91"/>
                <w:sz w:val="18"/>
              </w:rPr>
              <w:t>Vārds, uzvārds</w:t>
            </w:r>
          </w:p>
        </w:tc>
        <w:tc>
          <w:tcPr>
            <w:tcW w:w="4873" w:type="dxa"/>
            <w:tcMar>
              <w:top w:w="100" w:type="dxa"/>
              <w:left w:w="100" w:type="dxa"/>
              <w:bottom w:w="100" w:type="dxa"/>
              <w:right w:w="100" w:type="dxa"/>
            </w:tcMar>
            <w:vAlign w:val="center"/>
          </w:tcPr>
          <w:p w14:paraId="2AB96AED" w14:textId="77777777" w:rsidR="000B0055" w:rsidRDefault="00B36E40">
            <w:r>
              <w:rPr>
                <w:sz w:val="18"/>
              </w:rPr>
              <w:t>Alex Example</w:t>
            </w:r>
          </w:p>
        </w:tc>
      </w:tr>
      <w:tr w:rsidR="000B0055" w:rsidRPr="000C0554" w14:paraId="43D357F3" w14:textId="77777777">
        <w:trPr>
          <w:jc w:val="center"/>
        </w:trPr>
        <w:tc>
          <w:tcPr>
            <w:tcW w:w="4873" w:type="dxa"/>
            <w:shd w:val="clear" w:color="auto" w:fill="EAF2F8"/>
            <w:tcMar>
              <w:top w:w="100" w:type="dxa"/>
              <w:left w:w="100" w:type="dxa"/>
              <w:bottom w:w="100" w:type="dxa"/>
              <w:right w:w="100" w:type="dxa"/>
            </w:tcMar>
            <w:vAlign w:val="center"/>
          </w:tcPr>
          <w:p w14:paraId="29C96104" w14:textId="77777777" w:rsidR="000B0055" w:rsidRDefault="00B36E40">
            <w:r>
              <w:rPr>
                <w:b/>
                <w:color w:val="365F91"/>
                <w:sz w:val="18"/>
              </w:rPr>
              <w:t>Funkcija</w:t>
            </w:r>
          </w:p>
        </w:tc>
        <w:tc>
          <w:tcPr>
            <w:tcW w:w="4873" w:type="dxa"/>
            <w:tcMar>
              <w:top w:w="100" w:type="dxa"/>
              <w:left w:w="100" w:type="dxa"/>
              <w:bottom w:w="100" w:type="dxa"/>
              <w:right w:w="100" w:type="dxa"/>
            </w:tcMar>
            <w:vAlign w:val="center"/>
          </w:tcPr>
          <w:p w14:paraId="2D9B8F40" w14:textId="77777777" w:rsidR="000B0055" w:rsidRPr="000C0554" w:rsidRDefault="00B36E40">
            <w:pPr>
              <w:rPr>
                <w:lang w:val="sv-SE"/>
              </w:rPr>
            </w:pPr>
            <w:r w:rsidRPr="000C0554">
              <w:rPr>
                <w:sz w:val="18"/>
                <w:lang w:val="sv-SE"/>
              </w:rPr>
              <w:t>Kvalitātes un normatīvās atbilstības vadītājs</w:t>
            </w:r>
          </w:p>
        </w:tc>
      </w:tr>
      <w:tr w:rsidR="000B0055" w14:paraId="4C2A6733" w14:textId="77777777">
        <w:trPr>
          <w:jc w:val="center"/>
        </w:trPr>
        <w:tc>
          <w:tcPr>
            <w:tcW w:w="4873" w:type="dxa"/>
            <w:shd w:val="clear" w:color="auto" w:fill="EAF2F8"/>
            <w:tcMar>
              <w:top w:w="100" w:type="dxa"/>
              <w:left w:w="100" w:type="dxa"/>
              <w:bottom w:w="100" w:type="dxa"/>
              <w:right w:w="100" w:type="dxa"/>
            </w:tcMar>
            <w:vAlign w:val="center"/>
          </w:tcPr>
          <w:p w14:paraId="1DE1ECFB" w14:textId="77777777" w:rsidR="000B0055" w:rsidRDefault="00B36E40">
            <w:proofErr w:type="spellStart"/>
            <w:r>
              <w:rPr>
                <w:b/>
                <w:color w:val="365F91"/>
                <w:sz w:val="18"/>
              </w:rPr>
              <w:t>Paraksts</w:t>
            </w:r>
            <w:proofErr w:type="spellEnd"/>
          </w:p>
        </w:tc>
        <w:tc>
          <w:tcPr>
            <w:tcW w:w="4873" w:type="dxa"/>
            <w:tcMar>
              <w:top w:w="100" w:type="dxa"/>
              <w:left w:w="100" w:type="dxa"/>
              <w:bottom w:w="100" w:type="dxa"/>
              <w:right w:w="100" w:type="dxa"/>
            </w:tcMar>
            <w:vAlign w:val="center"/>
          </w:tcPr>
          <w:p w14:paraId="7F4D1BA4" w14:textId="77777777" w:rsidR="000B0055" w:rsidRDefault="00B36E40">
            <w:r>
              <w:rPr>
                <w:sz w:val="18"/>
              </w:rPr>
              <w:br/>
              <w:t>____________________________</w:t>
            </w:r>
          </w:p>
        </w:tc>
      </w:tr>
    </w:tbl>
    <w:p w14:paraId="11C5FCDA" w14:textId="124F1187" w:rsidR="00FB4EFB" w:rsidRDefault="00FB4EFB">
      <w:r>
        <w:br w:type="page"/>
      </w:r>
    </w:p>
    <w:p w14:paraId="4957201E" w14:textId="77777777" w:rsidR="00FB4EFB" w:rsidRDefault="00FB4EFB" w:rsidP="00FB4EFB">
      <w:pPr>
        <w:shd w:val="clear" w:color="auto" w:fill="5B9BD5"/>
        <w:jc w:val="center"/>
      </w:pPr>
      <w:r>
        <w:rPr>
          <w:b/>
          <w:color w:val="FFFFFF"/>
          <w:sz w:val="18"/>
        </w:rPr>
        <w:lastRenderedPageBreak/>
        <w:t>ILUSTRATĪVS PARAUGS</w:t>
      </w:r>
    </w:p>
    <w:p w14:paraId="2E77EACD" w14:textId="77777777" w:rsidR="00FB4EFB" w:rsidRDefault="00FB4EFB" w:rsidP="00FB4EFB">
      <w:pPr>
        <w:pStyle w:val="Nosaukums"/>
        <w:jc w:val="center"/>
      </w:pPr>
      <w:r>
        <w:t>TEHNISKĀ DOKUMENTĀCIJA</w:t>
      </w:r>
    </w:p>
    <w:p w14:paraId="49779463" w14:textId="77777777" w:rsidR="00FB4EFB" w:rsidRDefault="00FB4EFB" w:rsidP="00FB4EFB">
      <w:pPr>
        <w:pStyle w:val="Apakvirsraksts"/>
        <w:jc w:val="center"/>
      </w:pPr>
      <w:r>
        <w:t>VII pielikums, A modulis: iekšējā ražošanas kontrole</w:t>
      </w:r>
    </w:p>
    <w:p w14:paraId="0B84729C" w14:textId="77777777" w:rsidR="00FB4EFB" w:rsidRDefault="00FB4EFB" w:rsidP="00FB4EFB">
      <w:pPr>
        <w:jc w:val="center"/>
      </w:pPr>
      <w:r>
        <w:rPr>
          <w:b/>
          <w:color w:val="1F4E79"/>
        </w:rPr>
        <w:t>Pamatojums ES atbilstības deklarācijai Nr. PPWR-BCC-2026-001</w:t>
      </w:r>
    </w:p>
    <w:p w14:paraId="732D7993" w14:textId="77777777" w:rsidR="00FB4EFB" w:rsidRDefault="00FB4EFB" w:rsidP="00FB4EFB">
      <w:pPr>
        <w:jc w:val="center"/>
      </w:pPr>
      <w:r>
        <w:rPr>
          <w:b/>
          <w:sz w:val="26"/>
        </w:rPr>
        <w:t>Laminēta kartona iepakojums biskvīta kūkām</w:t>
      </w:r>
    </w:p>
    <w:p w14:paraId="329DF15E" w14:textId="77777777" w:rsidR="00FB4EFB" w:rsidRDefault="00FB4EFB" w:rsidP="00FB4EFB"/>
    <w:tbl>
      <w:tblPr>
        <w:tblW w:w="0" w:type="auto"/>
        <w:jc w:val="center"/>
        <w:tblLayout w:type="fixed"/>
        <w:tblLook w:val="04A0" w:firstRow="1" w:lastRow="0" w:firstColumn="1" w:lastColumn="0" w:noHBand="0" w:noVBand="1"/>
      </w:tblPr>
      <w:tblGrid>
        <w:gridCol w:w="2835"/>
        <w:gridCol w:w="2493"/>
        <w:gridCol w:w="2493"/>
        <w:gridCol w:w="2493"/>
      </w:tblGrid>
      <w:tr w:rsidR="00FB4EFB" w14:paraId="663047E7" w14:textId="77777777" w:rsidTr="0092033E">
        <w:trPr>
          <w:jc w:val="center"/>
        </w:trPr>
        <w:tc>
          <w:tcPr>
            <w:tcW w:w="2493" w:type="dxa"/>
            <w:shd w:val="clear" w:color="auto" w:fill="1F4E79"/>
            <w:tcMar>
              <w:top w:w="90" w:type="dxa"/>
              <w:left w:w="90" w:type="dxa"/>
              <w:bottom w:w="90" w:type="dxa"/>
              <w:right w:w="90" w:type="dxa"/>
            </w:tcMar>
            <w:vAlign w:val="center"/>
          </w:tcPr>
          <w:p w14:paraId="70416B74" w14:textId="77777777" w:rsidR="00FB4EFB" w:rsidRDefault="00FB4EFB" w:rsidP="0092033E">
            <w:r>
              <w:rPr>
                <w:b/>
                <w:color w:val="FFFFFF"/>
                <w:sz w:val="18"/>
              </w:rPr>
              <w:t>Dokumenta īpašnieks</w:t>
            </w:r>
          </w:p>
        </w:tc>
        <w:tc>
          <w:tcPr>
            <w:tcW w:w="2493" w:type="dxa"/>
            <w:shd w:val="clear" w:color="auto" w:fill="1F4E79"/>
            <w:tcMar>
              <w:top w:w="90" w:type="dxa"/>
              <w:left w:w="90" w:type="dxa"/>
              <w:bottom w:w="90" w:type="dxa"/>
              <w:right w:w="90" w:type="dxa"/>
            </w:tcMar>
            <w:vAlign w:val="center"/>
          </w:tcPr>
          <w:p w14:paraId="18C425D9" w14:textId="77777777" w:rsidR="00FB4EFB" w:rsidRDefault="00FB4EFB" w:rsidP="0092033E">
            <w:r>
              <w:rPr>
                <w:b/>
                <w:color w:val="FFFFFF"/>
                <w:sz w:val="18"/>
              </w:rPr>
              <w:t>Iepakojuma ID</w:t>
            </w:r>
          </w:p>
        </w:tc>
        <w:tc>
          <w:tcPr>
            <w:tcW w:w="2493" w:type="dxa"/>
            <w:shd w:val="clear" w:color="auto" w:fill="1F4E79"/>
            <w:tcMar>
              <w:top w:w="90" w:type="dxa"/>
              <w:left w:w="90" w:type="dxa"/>
              <w:bottom w:w="90" w:type="dxa"/>
              <w:right w:w="90" w:type="dxa"/>
            </w:tcMar>
            <w:vAlign w:val="center"/>
          </w:tcPr>
          <w:p w14:paraId="37ECAE1B" w14:textId="77777777" w:rsidR="00FB4EFB" w:rsidRDefault="00FB4EFB" w:rsidP="0092033E">
            <w:r>
              <w:rPr>
                <w:b/>
                <w:color w:val="FFFFFF"/>
                <w:sz w:val="18"/>
              </w:rPr>
              <w:t>Redakcija</w:t>
            </w:r>
          </w:p>
        </w:tc>
        <w:tc>
          <w:tcPr>
            <w:tcW w:w="2493" w:type="dxa"/>
            <w:shd w:val="clear" w:color="auto" w:fill="1F4E79"/>
            <w:tcMar>
              <w:top w:w="90" w:type="dxa"/>
              <w:left w:w="90" w:type="dxa"/>
              <w:bottom w:w="90" w:type="dxa"/>
              <w:right w:w="90" w:type="dxa"/>
            </w:tcMar>
            <w:vAlign w:val="center"/>
          </w:tcPr>
          <w:p w14:paraId="0DE00519" w14:textId="77777777" w:rsidR="00FB4EFB" w:rsidRDefault="00FB4EFB" w:rsidP="0092033E">
            <w:r>
              <w:rPr>
                <w:b/>
                <w:color w:val="FFFFFF"/>
                <w:sz w:val="18"/>
              </w:rPr>
              <w:t>Izdošanas datums</w:t>
            </w:r>
          </w:p>
        </w:tc>
      </w:tr>
      <w:tr w:rsidR="00FB4EFB" w14:paraId="0B04ACF8" w14:textId="77777777" w:rsidTr="0092033E">
        <w:trPr>
          <w:jc w:val="center"/>
        </w:trPr>
        <w:tc>
          <w:tcPr>
            <w:tcW w:w="2835" w:type="dxa"/>
            <w:shd w:val="clear" w:color="auto" w:fill="F4F7FA"/>
            <w:tcMar>
              <w:top w:w="90" w:type="dxa"/>
              <w:left w:w="90" w:type="dxa"/>
              <w:bottom w:w="90" w:type="dxa"/>
              <w:right w:w="90" w:type="dxa"/>
            </w:tcMar>
            <w:vAlign w:val="center"/>
          </w:tcPr>
          <w:p w14:paraId="65434F1E" w14:textId="77777777" w:rsidR="00FB4EFB" w:rsidRDefault="00FB4EFB" w:rsidP="0092033E">
            <w:r>
              <w:rPr>
                <w:sz w:val="18"/>
              </w:rPr>
              <w:t>Northstar Carton Works Ltd.</w:t>
            </w:r>
          </w:p>
        </w:tc>
        <w:tc>
          <w:tcPr>
            <w:tcW w:w="2268" w:type="dxa"/>
            <w:shd w:val="clear" w:color="auto" w:fill="F4F7FA"/>
            <w:tcMar>
              <w:top w:w="90" w:type="dxa"/>
              <w:left w:w="90" w:type="dxa"/>
              <w:bottom w:w="90" w:type="dxa"/>
              <w:right w:w="90" w:type="dxa"/>
            </w:tcMar>
            <w:vAlign w:val="center"/>
          </w:tcPr>
          <w:p w14:paraId="623F28CF" w14:textId="77777777" w:rsidR="00FB4EFB" w:rsidRDefault="00FB4EFB" w:rsidP="0092033E">
            <w:r>
              <w:rPr>
                <w:sz w:val="18"/>
              </w:rPr>
              <w:t>BCC-LC-250-001</w:t>
            </w:r>
          </w:p>
        </w:tc>
        <w:tc>
          <w:tcPr>
            <w:tcW w:w="1814" w:type="dxa"/>
            <w:shd w:val="clear" w:color="auto" w:fill="F4F7FA"/>
            <w:tcMar>
              <w:top w:w="90" w:type="dxa"/>
              <w:left w:w="90" w:type="dxa"/>
              <w:bottom w:w="90" w:type="dxa"/>
              <w:right w:w="90" w:type="dxa"/>
            </w:tcMar>
            <w:vAlign w:val="center"/>
          </w:tcPr>
          <w:p w14:paraId="2C0D7128" w14:textId="77777777" w:rsidR="00FB4EFB" w:rsidRDefault="00FB4EFB" w:rsidP="0092033E">
            <w:r>
              <w:rPr>
                <w:sz w:val="18"/>
              </w:rPr>
              <w:t>Parauga red. 1</w:t>
            </w:r>
          </w:p>
        </w:tc>
        <w:tc>
          <w:tcPr>
            <w:tcW w:w="2381" w:type="dxa"/>
            <w:shd w:val="clear" w:color="auto" w:fill="F4F7FA"/>
            <w:tcMar>
              <w:top w:w="90" w:type="dxa"/>
              <w:left w:w="90" w:type="dxa"/>
              <w:bottom w:w="90" w:type="dxa"/>
              <w:right w:w="90" w:type="dxa"/>
            </w:tcMar>
            <w:vAlign w:val="center"/>
          </w:tcPr>
          <w:p w14:paraId="1ABACAD9" w14:textId="77777777" w:rsidR="00FB4EFB" w:rsidRDefault="00FB4EFB" w:rsidP="0092033E">
            <w:r>
              <w:rPr>
                <w:sz w:val="18"/>
              </w:rPr>
              <w:t>2026. gada 11. septembris</w:t>
            </w:r>
          </w:p>
        </w:tc>
      </w:tr>
    </w:tbl>
    <w:p w14:paraId="4D6C5A2B" w14:textId="77777777" w:rsidR="00FB4EFB" w:rsidRDefault="00FB4EFB" w:rsidP="00FB4EFB"/>
    <w:tbl>
      <w:tblPr>
        <w:tblW w:w="0" w:type="auto"/>
        <w:tblLook w:val="04A0" w:firstRow="1" w:lastRow="0" w:firstColumn="1" w:lastColumn="0" w:noHBand="0" w:noVBand="1"/>
      </w:tblPr>
      <w:tblGrid>
        <w:gridCol w:w="9746"/>
      </w:tblGrid>
      <w:tr w:rsidR="00FB4EFB" w14:paraId="3E28F9A2" w14:textId="77777777" w:rsidTr="0092033E">
        <w:tc>
          <w:tcPr>
            <w:tcW w:w="9972" w:type="dxa"/>
            <w:shd w:val="clear" w:color="auto" w:fill="FFF2CC"/>
            <w:tcMar>
              <w:top w:w="130" w:type="dxa"/>
              <w:left w:w="130" w:type="dxa"/>
              <w:bottom w:w="130" w:type="dxa"/>
              <w:right w:w="130" w:type="dxa"/>
            </w:tcMar>
          </w:tcPr>
          <w:p w14:paraId="50CC06AD" w14:textId="77777777" w:rsidR="00FB4EFB" w:rsidRDefault="00FB4EFB" w:rsidP="0092033E">
            <w:r>
              <w:rPr>
                <w:b/>
              </w:rPr>
              <w:t xml:space="preserve">Svarīgi: </w:t>
            </w:r>
            <w:r>
              <w:t>Šis dokuments ir izdomāts, aizpildīts piemērs, kura mērķis ir ilustrēt tehniskās dokumentācijas struktūru. Tas nav faktiskas atbilstības, testēšanas vai sertifikācijas pierādījums. Pirms izmantošanas visi dati un atsauces uz dokumentiem jāaizstāj ar pārbaudītu, konkrētajam izgatavotājam raksturīgu informāciju.</w:t>
            </w:r>
          </w:p>
        </w:tc>
      </w:tr>
    </w:tbl>
    <w:p w14:paraId="44FD8D13" w14:textId="77777777" w:rsidR="00FB4EFB" w:rsidRDefault="00FB4EFB" w:rsidP="00FB4EFB">
      <w:pPr>
        <w:pStyle w:val="Virsraksts1"/>
      </w:pPr>
      <w:r>
        <w:t>1. Mērķis, tvērums un atbildība</w:t>
      </w:r>
    </w:p>
    <w:p w14:paraId="4E19E7D8" w14:textId="77777777" w:rsidR="00FB4EFB" w:rsidRDefault="00FB4EFB" w:rsidP="00FB4EFB">
      <w:r>
        <w:t>Šis tehniskās dokumentācijas paraugs pamato iepriekš norādīto ES atbilstības deklarāciju. Tas strukturēts, lai attiecībā uz iepakojumu ar identifikatoru BCC-LC-250-001 parādītu VII pielikuma A modulī “Iekšējā ražošanas kontrole” paredzēto informāciju.</w:t>
      </w:r>
    </w:p>
    <w:p w14:paraId="52E0306B" w14:textId="77777777" w:rsidR="00FB4EFB" w:rsidRDefault="00FB4EFB" w:rsidP="00FB4EFB">
      <w:pPr>
        <w:spacing w:after="40"/>
      </w:pPr>
      <w:r>
        <w:rPr>
          <w:b/>
          <w:color w:val="365F91"/>
        </w:rPr>
        <w:t xml:space="preserve">Izgatavotājs: </w:t>
      </w:r>
      <w:r>
        <w:t>Northstar Carton Works Ltd. (izdomāts)</w:t>
      </w:r>
    </w:p>
    <w:p w14:paraId="7DAE68BC" w14:textId="77777777" w:rsidR="00FB4EFB" w:rsidRDefault="00FB4EFB" w:rsidP="00FB4EFB">
      <w:pPr>
        <w:spacing w:after="40"/>
      </w:pPr>
      <w:r>
        <w:rPr>
          <w:b/>
          <w:color w:val="365F91"/>
        </w:rPr>
        <w:t xml:space="preserve">Reģistrācijas numurs: </w:t>
      </w:r>
      <w:r>
        <w:t>LV-EXAMPLE-40209999999 (izdomāts)</w:t>
      </w:r>
    </w:p>
    <w:p w14:paraId="26F4FBC5" w14:textId="77777777" w:rsidR="00FB4EFB" w:rsidRDefault="00FB4EFB" w:rsidP="00FB4EFB">
      <w:pPr>
        <w:spacing w:after="40"/>
      </w:pPr>
      <w:r>
        <w:rPr>
          <w:b/>
          <w:color w:val="365F91"/>
        </w:rPr>
        <w:t xml:space="preserve">Juridiskā adrese: </w:t>
      </w:r>
      <w:r>
        <w:t>27 Amber Meadow Street, Riga, LV-1099, Latvia (izdomāts)</w:t>
      </w:r>
    </w:p>
    <w:p w14:paraId="1F6B77A1" w14:textId="77777777" w:rsidR="00FB4EFB" w:rsidRDefault="00FB4EFB" w:rsidP="00FB4EFB">
      <w:pPr>
        <w:spacing w:after="40"/>
      </w:pPr>
      <w:r>
        <w:rPr>
          <w:b/>
          <w:color w:val="365F91"/>
        </w:rPr>
        <w:t xml:space="preserve">Atbildīgais amats: </w:t>
      </w:r>
      <w:r>
        <w:t>Kvalitātes un normatīvās atbilstības vadītājs</w:t>
      </w:r>
    </w:p>
    <w:p w14:paraId="78D924C4" w14:textId="77777777" w:rsidR="00FB4EFB" w:rsidRPr="000C0554" w:rsidRDefault="00FB4EFB" w:rsidP="00FB4EFB">
      <w:pPr>
        <w:spacing w:after="40"/>
        <w:rPr>
          <w:lang w:val="sv-SE"/>
        </w:rPr>
      </w:pPr>
      <w:r w:rsidRPr="000C0554">
        <w:rPr>
          <w:b/>
          <w:color w:val="365F91"/>
          <w:lang w:val="sv-SE"/>
        </w:rPr>
        <w:t xml:space="preserve">Dokumenta statuss: </w:t>
      </w:r>
      <w:r w:rsidRPr="000C0554">
        <w:rPr>
          <w:lang w:val="sv-SE"/>
        </w:rPr>
        <w:t>Ilustratīvs paraugs, kas nav apstiprināts iepakojuma laišanai tirgū</w:t>
      </w:r>
    </w:p>
    <w:p w14:paraId="3D6465C5" w14:textId="77777777" w:rsidR="00FB4EFB" w:rsidRPr="000C0554" w:rsidRDefault="00FB4EFB" w:rsidP="00FB4EFB">
      <w:pPr>
        <w:pStyle w:val="Virsraksts1"/>
        <w:rPr>
          <w:lang w:val="sv-SE"/>
        </w:rPr>
      </w:pPr>
      <w:r w:rsidRPr="000C0554">
        <w:rPr>
          <w:lang w:val="sv-SE"/>
        </w:rPr>
        <w:t>2. Vispārīgs apraksts un paredzētais lietojums</w:t>
      </w:r>
    </w:p>
    <w:p w14:paraId="4FA10611" w14:textId="77777777" w:rsidR="00FB4EFB" w:rsidRPr="000C0554" w:rsidRDefault="00FB4EFB" w:rsidP="00FB4EFB">
      <w:pPr>
        <w:spacing w:after="40"/>
        <w:rPr>
          <w:lang w:val="sv-SE"/>
        </w:rPr>
      </w:pPr>
      <w:r w:rsidRPr="000C0554">
        <w:rPr>
          <w:b/>
          <w:color w:val="365F91"/>
          <w:lang w:val="sv-SE"/>
        </w:rPr>
        <w:t xml:space="preserve">Iepakojuma nosaukums: </w:t>
      </w:r>
      <w:r w:rsidRPr="000C0554">
        <w:rPr>
          <w:lang w:val="sv-SE"/>
        </w:rPr>
        <w:t>Laminēta kartona iepakojums biskvīta kūkām</w:t>
      </w:r>
    </w:p>
    <w:p w14:paraId="6F72894C" w14:textId="77777777" w:rsidR="00FB4EFB" w:rsidRPr="000C0554" w:rsidRDefault="00FB4EFB" w:rsidP="00FB4EFB">
      <w:pPr>
        <w:spacing w:after="40"/>
        <w:rPr>
          <w:lang w:val="sv-SE"/>
        </w:rPr>
      </w:pPr>
      <w:r w:rsidRPr="000C0554">
        <w:rPr>
          <w:b/>
          <w:color w:val="365F91"/>
          <w:lang w:val="sv-SE"/>
        </w:rPr>
        <w:t xml:space="preserve">Unikāla iepakojuma identifikācija: </w:t>
      </w:r>
      <w:r w:rsidRPr="000C0554">
        <w:rPr>
          <w:lang w:val="sv-SE"/>
        </w:rPr>
        <w:t>BCC-LC-250-001</w:t>
      </w:r>
    </w:p>
    <w:p w14:paraId="180A219F" w14:textId="77777777" w:rsidR="00FB4EFB" w:rsidRPr="000C0554" w:rsidRDefault="00FB4EFB" w:rsidP="00FB4EFB">
      <w:pPr>
        <w:spacing w:after="40"/>
        <w:rPr>
          <w:lang w:val="sv-SE"/>
        </w:rPr>
      </w:pPr>
      <w:r w:rsidRPr="000C0554">
        <w:rPr>
          <w:b/>
          <w:color w:val="365F91"/>
          <w:lang w:val="sv-SE"/>
        </w:rPr>
        <w:t xml:space="preserve">Iepakojuma kategorija: </w:t>
      </w:r>
      <w:r w:rsidRPr="000C0554">
        <w:rPr>
          <w:lang w:val="sv-SE"/>
        </w:rPr>
        <w:t>Tirdzniecības iepakojums</w:t>
      </w:r>
    </w:p>
    <w:p w14:paraId="57B891B9" w14:textId="77777777" w:rsidR="00FB4EFB" w:rsidRPr="000C0554" w:rsidRDefault="00FB4EFB" w:rsidP="00FB4EFB">
      <w:pPr>
        <w:spacing w:after="40"/>
        <w:rPr>
          <w:lang w:val="sv-SE"/>
        </w:rPr>
      </w:pPr>
      <w:r w:rsidRPr="000C0554">
        <w:rPr>
          <w:b/>
          <w:color w:val="365F91"/>
          <w:lang w:val="sv-SE"/>
        </w:rPr>
        <w:t xml:space="preserve">Paredzētais lietojums: </w:t>
      </w:r>
      <w:r w:rsidRPr="000C0554">
        <w:rPr>
          <w:lang w:val="sv-SE"/>
        </w:rPr>
        <w:t>Fasētu biskvīta kūku ievietošanai un aizsardzībai izplatīšanas, izvietošanas mazumtirdzniecībā un patērētāja rīcības laikā.</w:t>
      </w:r>
    </w:p>
    <w:p w14:paraId="5EBB528D" w14:textId="77777777" w:rsidR="00FB4EFB" w:rsidRPr="000C0554" w:rsidRDefault="00FB4EFB" w:rsidP="00FB4EFB">
      <w:pPr>
        <w:spacing w:after="40"/>
        <w:rPr>
          <w:lang w:val="sv-SE"/>
        </w:rPr>
      </w:pPr>
      <w:r w:rsidRPr="000C0554">
        <w:rPr>
          <w:b/>
          <w:color w:val="365F91"/>
          <w:lang w:val="sv-SE"/>
        </w:rPr>
        <w:t xml:space="preserve">Pieņēmums par saskari ar pārtiku: </w:t>
      </w:r>
      <w:r w:rsidRPr="000C0554">
        <w:rPr>
          <w:lang w:val="sv-SE"/>
        </w:rPr>
        <w:t>Biskvīta kūkas aizsargā atsevišķs iekšējais iesaiņojums, kas paredzēts saskarei ar pārtiku. Kartona kārba nav paredzēta tiešai saskarei ar pārtiku.</w:t>
      </w:r>
    </w:p>
    <w:p w14:paraId="535ADE16" w14:textId="77777777" w:rsidR="00FB4EFB" w:rsidRPr="000C0554" w:rsidRDefault="00FB4EFB" w:rsidP="00FB4EFB">
      <w:pPr>
        <w:spacing w:after="40"/>
        <w:rPr>
          <w:lang w:val="sv-SE"/>
        </w:rPr>
      </w:pPr>
      <w:r w:rsidRPr="000C0554">
        <w:rPr>
          <w:b/>
          <w:color w:val="365F91"/>
          <w:lang w:val="sv-SE"/>
        </w:rPr>
        <w:t xml:space="preserve">Šajā paraugā pieņemtais apsaimniekošanas veids aprites cikla beigās: </w:t>
      </w:r>
      <w:r w:rsidRPr="000C0554">
        <w:rPr>
          <w:lang w:val="sv-SE"/>
        </w:rPr>
        <w:t>Savākšana kopā ar papīra un kartona iepakojumu, ievērojot vietējos savākšanas norādījumus un apstiprinot lamināta saderību ar attiecīgo reciklēšanas plūsmu.</w:t>
      </w:r>
    </w:p>
    <w:p w14:paraId="6006DD4A" w14:textId="77777777" w:rsidR="00FB4EFB" w:rsidRDefault="00FB4EFB" w:rsidP="00FB4EFB">
      <w:pPr>
        <w:pStyle w:val="Virsraksts1"/>
      </w:pPr>
      <w:r>
        <w:t>3. Dizains, konstrukcija un sastāvdaļu materiāli</w:t>
      </w:r>
    </w:p>
    <w:tbl>
      <w:tblPr>
        <w:tblW w:w="0" w:type="auto"/>
        <w:jc w:val="center"/>
        <w:tblLayout w:type="fixed"/>
        <w:tblLook w:val="04A0" w:firstRow="1" w:lastRow="0" w:firstColumn="1" w:lastColumn="0" w:noHBand="0" w:noVBand="1"/>
      </w:tblPr>
      <w:tblGrid>
        <w:gridCol w:w="2493"/>
        <w:gridCol w:w="2493"/>
        <w:gridCol w:w="2835"/>
        <w:gridCol w:w="2493"/>
      </w:tblGrid>
      <w:tr w:rsidR="00FB4EFB" w14:paraId="49A272B2" w14:textId="77777777" w:rsidTr="0092033E">
        <w:trPr>
          <w:jc w:val="center"/>
        </w:trPr>
        <w:tc>
          <w:tcPr>
            <w:tcW w:w="2493" w:type="dxa"/>
            <w:shd w:val="clear" w:color="auto" w:fill="1F4E79"/>
            <w:tcMar>
              <w:top w:w="90" w:type="dxa"/>
              <w:left w:w="90" w:type="dxa"/>
              <w:bottom w:w="90" w:type="dxa"/>
              <w:right w:w="90" w:type="dxa"/>
            </w:tcMar>
            <w:vAlign w:val="center"/>
          </w:tcPr>
          <w:p w14:paraId="02643DEC" w14:textId="77777777" w:rsidR="00FB4EFB" w:rsidRDefault="00FB4EFB" w:rsidP="0092033E">
            <w:r>
              <w:rPr>
                <w:b/>
                <w:color w:val="FFFFFF"/>
                <w:sz w:val="17"/>
              </w:rPr>
              <w:t>Komponents</w:t>
            </w:r>
          </w:p>
        </w:tc>
        <w:tc>
          <w:tcPr>
            <w:tcW w:w="2493" w:type="dxa"/>
            <w:shd w:val="clear" w:color="auto" w:fill="1F4E79"/>
            <w:tcMar>
              <w:top w:w="90" w:type="dxa"/>
              <w:left w:w="90" w:type="dxa"/>
              <w:bottom w:w="90" w:type="dxa"/>
              <w:right w:w="90" w:type="dxa"/>
            </w:tcMar>
            <w:vAlign w:val="center"/>
          </w:tcPr>
          <w:p w14:paraId="5AA838A3" w14:textId="77777777" w:rsidR="00FB4EFB" w:rsidRDefault="00FB4EFB" w:rsidP="0092033E">
            <w:r>
              <w:rPr>
                <w:b/>
                <w:color w:val="FFFFFF"/>
                <w:sz w:val="17"/>
              </w:rPr>
              <w:t>Ilustratīvais materiāls</w:t>
            </w:r>
          </w:p>
        </w:tc>
        <w:tc>
          <w:tcPr>
            <w:tcW w:w="2493" w:type="dxa"/>
            <w:shd w:val="clear" w:color="auto" w:fill="1F4E79"/>
            <w:tcMar>
              <w:top w:w="90" w:type="dxa"/>
              <w:left w:w="90" w:type="dxa"/>
              <w:bottom w:w="90" w:type="dxa"/>
              <w:right w:w="90" w:type="dxa"/>
            </w:tcMar>
            <w:vAlign w:val="center"/>
          </w:tcPr>
          <w:p w14:paraId="02919E03" w14:textId="77777777" w:rsidR="00FB4EFB" w:rsidRDefault="00FB4EFB" w:rsidP="0092033E">
            <w:r>
              <w:rPr>
                <w:b/>
                <w:color w:val="FFFFFF"/>
                <w:sz w:val="17"/>
              </w:rPr>
              <w:t>Funkcija</w:t>
            </w:r>
          </w:p>
        </w:tc>
        <w:tc>
          <w:tcPr>
            <w:tcW w:w="2493" w:type="dxa"/>
            <w:shd w:val="clear" w:color="auto" w:fill="1F4E79"/>
            <w:tcMar>
              <w:top w:w="90" w:type="dxa"/>
              <w:left w:w="90" w:type="dxa"/>
              <w:bottom w:w="90" w:type="dxa"/>
              <w:right w:w="90" w:type="dxa"/>
            </w:tcMar>
            <w:vAlign w:val="center"/>
          </w:tcPr>
          <w:p w14:paraId="27678693" w14:textId="77777777" w:rsidR="00FB4EFB" w:rsidRDefault="00FB4EFB" w:rsidP="0092033E">
            <w:r>
              <w:rPr>
                <w:b/>
                <w:color w:val="FFFFFF"/>
                <w:sz w:val="17"/>
              </w:rPr>
              <w:t>Parauga kontroles atsauce</w:t>
            </w:r>
          </w:p>
        </w:tc>
      </w:tr>
      <w:tr w:rsidR="00FB4EFB" w14:paraId="25273639" w14:textId="77777777" w:rsidTr="0092033E">
        <w:trPr>
          <w:jc w:val="center"/>
        </w:trPr>
        <w:tc>
          <w:tcPr>
            <w:tcW w:w="1814" w:type="dxa"/>
            <w:shd w:val="clear" w:color="auto" w:fill="F4F7FA"/>
            <w:tcMar>
              <w:top w:w="90" w:type="dxa"/>
              <w:left w:w="90" w:type="dxa"/>
              <w:bottom w:w="90" w:type="dxa"/>
              <w:right w:w="90" w:type="dxa"/>
            </w:tcMar>
            <w:vAlign w:val="center"/>
          </w:tcPr>
          <w:p w14:paraId="7816F778" w14:textId="77777777" w:rsidR="00FB4EFB" w:rsidRDefault="00FB4EFB" w:rsidP="0092033E">
            <w:r>
              <w:rPr>
                <w:sz w:val="17"/>
              </w:rPr>
              <w:t>Kartona kārbas korpuss</w:t>
            </w:r>
          </w:p>
        </w:tc>
        <w:tc>
          <w:tcPr>
            <w:tcW w:w="2268" w:type="dxa"/>
            <w:shd w:val="clear" w:color="auto" w:fill="F4F7FA"/>
            <w:tcMar>
              <w:top w:w="90" w:type="dxa"/>
              <w:left w:w="90" w:type="dxa"/>
              <w:bottom w:w="90" w:type="dxa"/>
              <w:right w:w="90" w:type="dxa"/>
            </w:tcMar>
            <w:vAlign w:val="center"/>
          </w:tcPr>
          <w:p w14:paraId="2420AA83" w14:textId="77777777" w:rsidR="00FB4EFB" w:rsidRDefault="00FB4EFB" w:rsidP="0092033E">
            <w:r>
              <w:rPr>
                <w:sz w:val="17"/>
              </w:rPr>
              <w:t>Salokāmo kārbu kartons</w:t>
            </w:r>
          </w:p>
        </w:tc>
        <w:tc>
          <w:tcPr>
            <w:tcW w:w="2835" w:type="dxa"/>
            <w:shd w:val="clear" w:color="auto" w:fill="F4F7FA"/>
            <w:tcMar>
              <w:top w:w="90" w:type="dxa"/>
              <w:left w:w="90" w:type="dxa"/>
              <w:bottom w:w="90" w:type="dxa"/>
              <w:right w:w="90" w:type="dxa"/>
            </w:tcMar>
            <w:vAlign w:val="center"/>
          </w:tcPr>
          <w:p w14:paraId="143A1712" w14:textId="77777777" w:rsidR="00FB4EFB" w:rsidRDefault="00FB4EFB" w:rsidP="0092033E">
            <w:r>
              <w:rPr>
                <w:sz w:val="17"/>
              </w:rPr>
              <w:t>Konstrukcijas aizsardzība un apdrukājama virsma</w:t>
            </w:r>
          </w:p>
        </w:tc>
        <w:tc>
          <w:tcPr>
            <w:tcW w:w="2268" w:type="dxa"/>
            <w:shd w:val="clear" w:color="auto" w:fill="F4F7FA"/>
            <w:tcMar>
              <w:top w:w="90" w:type="dxa"/>
              <w:left w:w="90" w:type="dxa"/>
              <w:bottom w:w="90" w:type="dxa"/>
              <w:right w:w="90" w:type="dxa"/>
            </w:tcMar>
            <w:vAlign w:val="center"/>
          </w:tcPr>
          <w:p w14:paraId="1393B8DA" w14:textId="77777777" w:rsidR="00FB4EFB" w:rsidRDefault="00FB4EFB" w:rsidP="0092033E">
            <w:r>
              <w:rPr>
                <w:sz w:val="17"/>
              </w:rPr>
              <w:t>SPEC-BCC-LC-250-01</w:t>
            </w:r>
          </w:p>
        </w:tc>
      </w:tr>
      <w:tr w:rsidR="00FB4EFB" w14:paraId="1F98BAB1" w14:textId="77777777" w:rsidTr="0092033E">
        <w:trPr>
          <w:jc w:val="center"/>
        </w:trPr>
        <w:tc>
          <w:tcPr>
            <w:tcW w:w="1814" w:type="dxa"/>
            <w:shd w:val="clear" w:color="auto" w:fill="FFFFFF"/>
            <w:tcMar>
              <w:top w:w="90" w:type="dxa"/>
              <w:left w:w="90" w:type="dxa"/>
              <w:bottom w:w="90" w:type="dxa"/>
              <w:right w:w="90" w:type="dxa"/>
            </w:tcMar>
            <w:vAlign w:val="center"/>
          </w:tcPr>
          <w:p w14:paraId="6C57F6EE" w14:textId="77777777" w:rsidR="00FB4EFB" w:rsidRDefault="00FB4EFB" w:rsidP="0092033E">
            <w:r>
              <w:rPr>
                <w:sz w:val="17"/>
              </w:rPr>
              <w:t>Barjeras slānis</w:t>
            </w:r>
          </w:p>
        </w:tc>
        <w:tc>
          <w:tcPr>
            <w:tcW w:w="2268" w:type="dxa"/>
            <w:shd w:val="clear" w:color="auto" w:fill="FFFFFF"/>
            <w:tcMar>
              <w:top w:w="90" w:type="dxa"/>
              <w:left w:w="90" w:type="dxa"/>
              <w:bottom w:w="90" w:type="dxa"/>
              <w:right w:w="90" w:type="dxa"/>
            </w:tcMar>
            <w:vAlign w:val="center"/>
          </w:tcPr>
          <w:p w14:paraId="05A8FA95" w14:textId="77777777" w:rsidR="00FB4EFB" w:rsidRDefault="00FB4EFB" w:rsidP="0092033E">
            <w:r>
              <w:rPr>
                <w:sz w:val="17"/>
              </w:rPr>
              <w:t>Plāns polietilēna lamināts</w:t>
            </w:r>
          </w:p>
        </w:tc>
        <w:tc>
          <w:tcPr>
            <w:tcW w:w="2835" w:type="dxa"/>
            <w:shd w:val="clear" w:color="auto" w:fill="FFFFFF"/>
            <w:tcMar>
              <w:top w:w="90" w:type="dxa"/>
              <w:left w:w="90" w:type="dxa"/>
              <w:bottom w:w="90" w:type="dxa"/>
              <w:right w:w="90" w:type="dxa"/>
            </w:tcMar>
            <w:vAlign w:val="center"/>
          </w:tcPr>
          <w:p w14:paraId="3EA1CBD1" w14:textId="77777777" w:rsidR="00FB4EFB" w:rsidRDefault="00FB4EFB" w:rsidP="0092033E">
            <w:r>
              <w:rPr>
                <w:sz w:val="17"/>
              </w:rPr>
              <w:t>Mitruma un tauku barjera</w:t>
            </w:r>
          </w:p>
        </w:tc>
        <w:tc>
          <w:tcPr>
            <w:tcW w:w="2268" w:type="dxa"/>
            <w:shd w:val="clear" w:color="auto" w:fill="FFFFFF"/>
            <w:tcMar>
              <w:top w:w="90" w:type="dxa"/>
              <w:left w:w="90" w:type="dxa"/>
              <w:bottom w:w="90" w:type="dxa"/>
              <w:right w:w="90" w:type="dxa"/>
            </w:tcMar>
            <w:vAlign w:val="center"/>
          </w:tcPr>
          <w:p w14:paraId="6014F8C6" w14:textId="77777777" w:rsidR="00FB4EFB" w:rsidRDefault="00FB4EFB" w:rsidP="0092033E">
            <w:r>
              <w:rPr>
                <w:sz w:val="17"/>
              </w:rPr>
              <w:t>MAT-PE-017</w:t>
            </w:r>
          </w:p>
        </w:tc>
      </w:tr>
      <w:tr w:rsidR="00FB4EFB" w14:paraId="1C999259" w14:textId="77777777" w:rsidTr="0092033E">
        <w:trPr>
          <w:jc w:val="center"/>
        </w:trPr>
        <w:tc>
          <w:tcPr>
            <w:tcW w:w="1814" w:type="dxa"/>
            <w:shd w:val="clear" w:color="auto" w:fill="F4F7FA"/>
            <w:tcMar>
              <w:top w:w="90" w:type="dxa"/>
              <w:left w:w="90" w:type="dxa"/>
              <w:bottom w:w="90" w:type="dxa"/>
              <w:right w:w="90" w:type="dxa"/>
            </w:tcMar>
            <w:vAlign w:val="center"/>
          </w:tcPr>
          <w:p w14:paraId="413EEE52" w14:textId="77777777" w:rsidR="00FB4EFB" w:rsidRDefault="00FB4EFB" w:rsidP="0092033E">
            <w:r>
              <w:rPr>
                <w:sz w:val="17"/>
              </w:rPr>
              <w:lastRenderedPageBreak/>
              <w:t>Apdruka</w:t>
            </w:r>
          </w:p>
        </w:tc>
        <w:tc>
          <w:tcPr>
            <w:tcW w:w="2268" w:type="dxa"/>
            <w:shd w:val="clear" w:color="auto" w:fill="F4F7FA"/>
            <w:tcMar>
              <w:top w:w="90" w:type="dxa"/>
              <w:left w:w="90" w:type="dxa"/>
              <w:bottom w:w="90" w:type="dxa"/>
              <w:right w:w="90" w:type="dxa"/>
            </w:tcMar>
            <w:vAlign w:val="center"/>
          </w:tcPr>
          <w:p w14:paraId="26498759" w14:textId="77777777" w:rsidR="00FB4EFB" w:rsidRDefault="00FB4EFB" w:rsidP="0092033E">
            <w:r>
              <w:rPr>
                <w:sz w:val="17"/>
              </w:rPr>
              <w:t>Tipogrāfijas krāsas ar zemu migrācijas līmeni</w:t>
            </w:r>
          </w:p>
        </w:tc>
        <w:tc>
          <w:tcPr>
            <w:tcW w:w="2835" w:type="dxa"/>
            <w:shd w:val="clear" w:color="auto" w:fill="F4F7FA"/>
            <w:tcMar>
              <w:top w:w="90" w:type="dxa"/>
              <w:left w:w="90" w:type="dxa"/>
              <w:bottom w:w="90" w:type="dxa"/>
              <w:right w:w="90" w:type="dxa"/>
            </w:tcMar>
            <w:vAlign w:val="center"/>
          </w:tcPr>
          <w:p w14:paraId="6DDA26B7" w14:textId="77777777" w:rsidR="00FB4EFB" w:rsidRDefault="00FB4EFB" w:rsidP="0092033E">
            <w:r>
              <w:rPr>
                <w:sz w:val="17"/>
              </w:rPr>
              <w:t>Ārējais grafiskais noformējums un informācija</w:t>
            </w:r>
          </w:p>
        </w:tc>
        <w:tc>
          <w:tcPr>
            <w:tcW w:w="2268" w:type="dxa"/>
            <w:shd w:val="clear" w:color="auto" w:fill="F4F7FA"/>
            <w:tcMar>
              <w:top w:w="90" w:type="dxa"/>
              <w:left w:w="90" w:type="dxa"/>
              <w:bottom w:w="90" w:type="dxa"/>
              <w:right w:w="90" w:type="dxa"/>
            </w:tcMar>
            <w:vAlign w:val="center"/>
          </w:tcPr>
          <w:p w14:paraId="650C1BF6" w14:textId="77777777" w:rsidR="00FB4EFB" w:rsidRDefault="00FB4EFB" w:rsidP="0092033E">
            <w:r>
              <w:rPr>
                <w:sz w:val="17"/>
              </w:rPr>
              <w:t>INK-SPEC-004</w:t>
            </w:r>
          </w:p>
        </w:tc>
      </w:tr>
      <w:tr w:rsidR="00FB4EFB" w14:paraId="13C876EB" w14:textId="77777777" w:rsidTr="0092033E">
        <w:trPr>
          <w:jc w:val="center"/>
        </w:trPr>
        <w:tc>
          <w:tcPr>
            <w:tcW w:w="1814" w:type="dxa"/>
            <w:shd w:val="clear" w:color="auto" w:fill="FFFFFF"/>
            <w:tcMar>
              <w:top w:w="90" w:type="dxa"/>
              <w:left w:w="90" w:type="dxa"/>
              <w:bottom w:w="90" w:type="dxa"/>
              <w:right w:w="90" w:type="dxa"/>
            </w:tcMar>
            <w:vAlign w:val="center"/>
          </w:tcPr>
          <w:p w14:paraId="4A901BFA" w14:textId="77777777" w:rsidR="00FB4EFB" w:rsidRDefault="00FB4EFB" w:rsidP="0092033E">
            <w:r>
              <w:rPr>
                <w:sz w:val="17"/>
              </w:rPr>
              <w:t>Noslēgums</w:t>
            </w:r>
          </w:p>
        </w:tc>
        <w:tc>
          <w:tcPr>
            <w:tcW w:w="2268" w:type="dxa"/>
            <w:shd w:val="clear" w:color="auto" w:fill="FFFFFF"/>
            <w:tcMar>
              <w:top w:w="90" w:type="dxa"/>
              <w:left w:w="90" w:type="dxa"/>
              <w:bottom w:w="90" w:type="dxa"/>
              <w:right w:w="90" w:type="dxa"/>
            </w:tcMar>
            <w:vAlign w:val="center"/>
          </w:tcPr>
          <w:p w14:paraId="158E0FC7" w14:textId="77777777" w:rsidR="00FB4EFB" w:rsidRDefault="00FB4EFB" w:rsidP="0092033E">
            <w:r>
              <w:rPr>
                <w:sz w:val="17"/>
              </w:rPr>
              <w:t>Iepakojuma līme</w:t>
            </w:r>
          </w:p>
        </w:tc>
        <w:tc>
          <w:tcPr>
            <w:tcW w:w="2835" w:type="dxa"/>
            <w:shd w:val="clear" w:color="auto" w:fill="FFFFFF"/>
            <w:tcMar>
              <w:top w:w="90" w:type="dxa"/>
              <w:left w:w="90" w:type="dxa"/>
              <w:bottom w:w="90" w:type="dxa"/>
              <w:right w:w="90" w:type="dxa"/>
            </w:tcMar>
            <w:vAlign w:val="center"/>
          </w:tcPr>
          <w:p w14:paraId="0600037D" w14:textId="77777777" w:rsidR="00FB4EFB" w:rsidRDefault="00FB4EFB" w:rsidP="0092033E">
            <w:r>
              <w:rPr>
                <w:sz w:val="17"/>
              </w:rPr>
              <w:t>Sānu šuves un atloka noslēgšana</w:t>
            </w:r>
          </w:p>
        </w:tc>
        <w:tc>
          <w:tcPr>
            <w:tcW w:w="2268" w:type="dxa"/>
            <w:shd w:val="clear" w:color="auto" w:fill="FFFFFF"/>
            <w:tcMar>
              <w:top w:w="90" w:type="dxa"/>
              <w:left w:w="90" w:type="dxa"/>
              <w:bottom w:w="90" w:type="dxa"/>
              <w:right w:w="90" w:type="dxa"/>
            </w:tcMar>
            <w:vAlign w:val="center"/>
          </w:tcPr>
          <w:p w14:paraId="49927CBF" w14:textId="77777777" w:rsidR="00FB4EFB" w:rsidRDefault="00FB4EFB" w:rsidP="0092033E">
            <w:r>
              <w:rPr>
                <w:sz w:val="17"/>
              </w:rPr>
              <w:t>ADH-SPEC-009</w:t>
            </w:r>
          </w:p>
        </w:tc>
      </w:tr>
    </w:tbl>
    <w:p w14:paraId="0C86CC72" w14:textId="77777777" w:rsidR="00FB4EFB" w:rsidRDefault="00FB4EFB" w:rsidP="00FB4EFB">
      <w:pPr>
        <w:pStyle w:val="Virsraksts2"/>
      </w:pPr>
      <w:r>
        <w:t>3.1. Ilustratīva izmēru specifikācija</w:t>
      </w:r>
    </w:p>
    <w:tbl>
      <w:tblPr>
        <w:tblW w:w="0" w:type="auto"/>
        <w:jc w:val="center"/>
        <w:tblLayout w:type="fixed"/>
        <w:tblLook w:val="04A0" w:firstRow="1" w:lastRow="0" w:firstColumn="1" w:lastColumn="0" w:noHBand="0" w:noVBand="1"/>
      </w:tblPr>
      <w:tblGrid>
        <w:gridCol w:w="2494"/>
        <w:gridCol w:w="2493"/>
        <w:gridCol w:w="2493"/>
        <w:gridCol w:w="2493"/>
      </w:tblGrid>
      <w:tr w:rsidR="00FB4EFB" w14:paraId="214DCD69" w14:textId="77777777" w:rsidTr="0092033E">
        <w:trPr>
          <w:jc w:val="center"/>
        </w:trPr>
        <w:tc>
          <w:tcPr>
            <w:tcW w:w="2493" w:type="dxa"/>
            <w:shd w:val="clear" w:color="auto" w:fill="1F4E79"/>
            <w:tcMar>
              <w:top w:w="90" w:type="dxa"/>
              <w:left w:w="90" w:type="dxa"/>
              <w:bottom w:w="90" w:type="dxa"/>
              <w:right w:w="90" w:type="dxa"/>
            </w:tcMar>
            <w:vAlign w:val="center"/>
          </w:tcPr>
          <w:p w14:paraId="2A5DF84C" w14:textId="77777777" w:rsidR="00FB4EFB" w:rsidRDefault="00FB4EFB" w:rsidP="0092033E">
            <w:r>
              <w:rPr>
                <w:b/>
                <w:color w:val="FFFFFF"/>
                <w:sz w:val="17"/>
              </w:rPr>
              <w:t>Parametrs</w:t>
            </w:r>
          </w:p>
        </w:tc>
        <w:tc>
          <w:tcPr>
            <w:tcW w:w="2493" w:type="dxa"/>
            <w:shd w:val="clear" w:color="auto" w:fill="1F4E79"/>
            <w:tcMar>
              <w:top w:w="90" w:type="dxa"/>
              <w:left w:w="90" w:type="dxa"/>
              <w:bottom w:w="90" w:type="dxa"/>
              <w:right w:w="90" w:type="dxa"/>
            </w:tcMar>
            <w:vAlign w:val="center"/>
          </w:tcPr>
          <w:p w14:paraId="720B4F00" w14:textId="77777777" w:rsidR="00FB4EFB" w:rsidRDefault="00FB4EFB" w:rsidP="0092033E">
            <w:r>
              <w:rPr>
                <w:b/>
                <w:color w:val="FFFFFF"/>
                <w:sz w:val="17"/>
              </w:rPr>
              <w:t>Parauga vērtība</w:t>
            </w:r>
          </w:p>
        </w:tc>
        <w:tc>
          <w:tcPr>
            <w:tcW w:w="2493" w:type="dxa"/>
            <w:shd w:val="clear" w:color="auto" w:fill="1F4E79"/>
            <w:tcMar>
              <w:top w:w="90" w:type="dxa"/>
              <w:left w:w="90" w:type="dxa"/>
              <w:bottom w:w="90" w:type="dxa"/>
              <w:right w:w="90" w:type="dxa"/>
            </w:tcMar>
            <w:vAlign w:val="center"/>
          </w:tcPr>
          <w:p w14:paraId="36E2B992" w14:textId="77777777" w:rsidR="00FB4EFB" w:rsidRDefault="00FB4EFB" w:rsidP="0092033E">
            <w:r>
              <w:rPr>
                <w:b/>
                <w:color w:val="FFFFFF"/>
                <w:sz w:val="17"/>
              </w:rPr>
              <w:t>Pielaide</w:t>
            </w:r>
          </w:p>
        </w:tc>
        <w:tc>
          <w:tcPr>
            <w:tcW w:w="2493" w:type="dxa"/>
            <w:shd w:val="clear" w:color="auto" w:fill="1F4E79"/>
            <w:tcMar>
              <w:top w:w="90" w:type="dxa"/>
              <w:left w:w="90" w:type="dxa"/>
              <w:bottom w:w="90" w:type="dxa"/>
              <w:right w:w="90" w:type="dxa"/>
            </w:tcMar>
            <w:vAlign w:val="center"/>
          </w:tcPr>
          <w:p w14:paraId="32F5F892" w14:textId="77777777" w:rsidR="00FB4EFB" w:rsidRDefault="00FB4EFB" w:rsidP="0092033E">
            <w:r>
              <w:rPr>
                <w:b/>
                <w:color w:val="FFFFFF"/>
                <w:sz w:val="17"/>
              </w:rPr>
              <w:t>Pārbaude</w:t>
            </w:r>
          </w:p>
        </w:tc>
      </w:tr>
      <w:tr w:rsidR="00FB4EFB" w14:paraId="2A0A5723" w14:textId="77777777" w:rsidTr="0092033E">
        <w:trPr>
          <w:jc w:val="center"/>
        </w:trPr>
        <w:tc>
          <w:tcPr>
            <w:tcW w:w="2494" w:type="dxa"/>
            <w:shd w:val="clear" w:color="auto" w:fill="F4F7FA"/>
            <w:tcMar>
              <w:top w:w="90" w:type="dxa"/>
              <w:left w:w="90" w:type="dxa"/>
              <w:bottom w:w="90" w:type="dxa"/>
              <w:right w:w="90" w:type="dxa"/>
            </w:tcMar>
            <w:vAlign w:val="center"/>
          </w:tcPr>
          <w:p w14:paraId="40CDFCDA" w14:textId="77777777" w:rsidR="00FB4EFB" w:rsidRDefault="00FB4EFB" w:rsidP="0092033E">
            <w:r>
              <w:rPr>
                <w:sz w:val="17"/>
              </w:rPr>
              <w:t>Izklājuma izmērs</w:t>
            </w:r>
          </w:p>
        </w:tc>
        <w:tc>
          <w:tcPr>
            <w:tcW w:w="2268" w:type="dxa"/>
            <w:shd w:val="clear" w:color="auto" w:fill="F4F7FA"/>
            <w:tcMar>
              <w:top w:w="90" w:type="dxa"/>
              <w:left w:w="90" w:type="dxa"/>
              <w:bottom w:w="90" w:type="dxa"/>
              <w:right w:w="90" w:type="dxa"/>
            </w:tcMar>
            <w:vAlign w:val="center"/>
          </w:tcPr>
          <w:p w14:paraId="396A0A84" w14:textId="77777777" w:rsidR="00FB4EFB" w:rsidRDefault="00FB4EFB" w:rsidP="0092033E">
            <w:r>
              <w:rPr>
                <w:sz w:val="17"/>
              </w:rPr>
              <w:t>420 × 310 mm</w:t>
            </w:r>
          </w:p>
        </w:tc>
        <w:tc>
          <w:tcPr>
            <w:tcW w:w="2268" w:type="dxa"/>
            <w:shd w:val="clear" w:color="auto" w:fill="F4F7FA"/>
            <w:tcMar>
              <w:top w:w="90" w:type="dxa"/>
              <w:left w:w="90" w:type="dxa"/>
              <w:bottom w:w="90" w:type="dxa"/>
              <w:right w:w="90" w:type="dxa"/>
            </w:tcMar>
            <w:vAlign w:val="center"/>
          </w:tcPr>
          <w:p w14:paraId="34224332" w14:textId="77777777" w:rsidR="00FB4EFB" w:rsidRDefault="00FB4EFB" w:rsidP="0092033E">
            <w:r>
              <w:rPr>
                <w:sz w:val="17"/>
              </w:rPr>
              <w:t>± 2 mm</w:t>
            </w:r>
          </w:p>
        </w:tc>
        <w:tc>
          <w:tcPr>
            <w:tcW w:w="2268" w:type="dxa"/>
            <w:shd w:val="clear" w:color="auto" w:fill="F4F7FA"/>
            <w:tcMar>
              <w:top w:w="90" w:type="dxa"/>
              <w:left w:w="90" w:type="dxa"/>
              <w:bottom w:w="90" w:type="dxa"/>
              <w:right w:w="90" w:type="dxa"/>
            </w:tcMar>
            <w:vAlign w:val="center"/>
          </w:tcPr>
          <w:p w14:paraId="21789574" w14:textId="77777777" w:rsidR="00FB4EFB" w:rsidRDefault="00FB4EFB" w:rsidP="0092033E">
            <w:r>
              <w:rPr>
                <w:sz w:val="17"/>
              </w:rPr>
              <w:t>Izciršanas izmēru pārbaude</w:t>
            </w:r>
          </w:p>
        </w:tc>
      </w:tr>
      <w:tr w:rsidR="00FB4EFB" w14:paraId="43ADFAAC" w14:textId="77777777" w:rsidTr="0092033E">
        <w:trPr>
          <w:jc w:val="center"/>
        </w:trPr>
        <w:tc>
          <w:tcPr>
            <w:tcW w:w="2494" w:type="dxa"/>
            <w:shd w:val="clear" w:color="auto" w:fill="FFFFFF"/>
            <w:tcMar>
              <w:top w:w="90" w:type="dxa"/>
              <w:left w:w="90" w:type="dxa"/>
              <w:bottom w:w="90" w:type="dxa"/>
              <w:right w:w="90" w:type="dxa"/>
            </w:tcMar>
            <w:vAlign w:val="center"/>
          </w:tcPr>
          <w:p w14:paraId="69BDA4F1" w14:textId="77777777" w:rsidR="00FB4EFB" w:rsidRDefault="00FB4EFB" w:rsidP="0092033E">
            <w:r>
              <w:rPr>
                <w:sz w:val="17"/>
              </w:rPr>
              <w:t>Samontētā iepakojuma ārējais izmērs</w:t>
            </w:r>
          </w:p>
        </w:tc>
        <w:tc>
          <w:tcPr>
            <w:tcW w:w="2268" w:type="dxa"/>
            <w:shd w:val="clear" w:color="auto" w:fill="FFFFFF"/>
            <w:tcMar>
              <w:top w:w="90" w:type="dxa"/>
              <w:left w:w="90" w:type="dxa"/>
              <w:bottom w:w="90" w:type="dxa"/>
              <w:right w:w="90" w:type="dxa"/>
            </w:tcMar>
            <w:vAlign w:val="center"/>
          </w:tcPr>
          <w:p w14:paraId="2B6D997A" w14:textId="77777777" w:rsidR="00FB4EFB" w:rsidRDefault="00FB4EFB" w:rsidP="0092033E">
            <w:r>
              <w:rPr>
                <w:sz w:val="17"/>
              </w:rPr>
              <w:t>250 × 170 × 60 mm</w:t>
            </w:r>
          </w:p>
        </w:tc>
        <w:tc>
          <w:tcPr>
            <w:tcW w:w="2268" w:type="dxa"/>
            <w:shd w:val="clear" w:color="auto" w:fill="FFFFFF"/>
            <w:tcMar>
              <w:top w:w="90" w:type="dxa"/>
              <w:left w:w="90" w:type="dxa"/>
              <w:bottom w:w="90" w:type="dxa"/>
              <w:right w:w="90" w:type="dxa"/>
            </w:tcMar>
            <w:vAlign w:val="center"/>
          </w:tcPr>
          <w:p w14:paraId="26A5B4B0" w14:textId="77777777" w:rsidR="00FB4EFB" w:rsidRDefault="00FB4EFB" w:rsidP="0092033E">
            <w:r>
              <w:rPr>
                <w:sz w:val="17"/>
              </w:rPr>
              <w:t>± 2 mm</w:t>
            </w:r>
          </w:p>
        </w:tc>
        <w:tc>
          <w:tcPr>
            <w:tcW w:w="2268" w:type="dxa"/>
            <w:shd w:val="clear" w:color="auto" w:fill="FFFFFF"/>
            <w:tcMar>
              <w:top w:w="90" w:type="dxa"/>
              <w:left w:w="90" w:type="dxa"/>
              <w:bottom w:w="90" w:type="dxa"/>
              <w:right w:w="90" w:type="dxa"/>
            </w:tcMar>
            <w:vAlign w:val="center"/>
          </w:tcPr>
          <w:p w14:paraId="3E1195D6" w14:textId="77777777" w:rsidR="00FB4EFB" w:rsidRDefault="00FB4EFB" w:rsidP="0092033E">
            <w:r>
              <w:rPr>
                <w:sz w:val="17"/>
              </w:rPr>
              <w:t>Gatavā iepakojuma mērījums</w:t>
            </w:r>
          </w:p>
        </w:tc>
      </w:tr>
      <w:tr w:rsidR="00FB4EFB" w14:paraId="2188904F" w14:textId="77777777" w:rsidTr="0092033E">
        <w:trPr>
          <w:jc w:val="center"/>
        </w:trPr>
        <w:tc>
          <w:tcPr>
            <w:tcW w:w="2494" w:type="dxa"/>
            <w:shd w:val="clear" w:color="auto" w:fill="F4F7FA"/>
            <w:tcMar>
              <w:top w:w="90" w:type="dxa"/>
              <w:left w:w="90" w:type="dxa"/>
              <w:bottom w:w="90" w:type="dxa"/>
              <w:right w:w="90" w:type="dxa"/>
            </w:tcMar>
            <w:vAlign w:val="center"/>
          </w:tcPr>
          <w:p w14:paraId="047680B7" w14:textId="77777777" w:rsidR="00FB4EFB" w:rsidRDefault="00FB4EFB" w:rsidP="0092033E">
            <w:r>
              <w:rPr>
                <w:sz w:val="17"/>
              </w:rPr>
              <w:t>Iepakojuma nominālā masa</w:t>
            </w:r>
          </w:p>
        </w:tc>
        <w:tc>
          <w:tcPr>
            <w:tcW w:w="2268" w:type="dxa"/>
            <w:shd w:val="clear" w:color="auto" w:fill="F4F7FA"/>
            <w:tcMar>
              <w:top w:w="90" w:type="dxa"/>
              <w:left w:w="90" w:type="dxa"/>
              <w:bottom w:w="90" w:type="dxa"/>
              <w:right w:w="90" w:type="dxa"/>
            </w:tcMar>
            <w:vAlign w:val="center"/>
          </w:tcPr>
          <w:p w14:paraId="513492FE" w14:textId="77777777" w:rsidR="00FB4EFB" w:rsidRDefault="00FB4EFB" w:rsidP="0092033E">
            <w:r>
              <w:rPr>
                <w:sz w:val="17"/>
              </w:rPr>
              <w:t>28 g</w:t>
            </w:r>
          </w:p>
        </w:tc>
        <w:tc>
          <w:tcPr>
            <w:tcW w:w="2268" w:type="dxa"/>
            <w:shd w:val="clear" w:color="auto" w:fill="F4F7FA"/>
            <w:tcMar>
              <w:top w:w="90" w:type="dxa"/>
              <w:left w:w="90" w:type="dxa"/>
              <w:bottom w:w="90" w:type="dxa"/>
              <w:right w:w="90" w:type="dxa"/>
            </w:tcMar>
            <w:vAlign w:val="center"/>
          </w:tcPr>
          <w:p w14:paraId="68F8020C" w14:textId="77777777" w:rsidR="00FB4EFB" w:rsidRDefault="00FB4EFB" w:rsidP="0092033E">
            <w:r>
              <w:rPr>
                <w:sz w:val="17"/>
              </w:rPr>
              <w:t>± 1.5 g</w:t>
            </w:r>
          </w:p>
        </w:tc>
        <w:tc>
          <w:tcPr>
            <w:tcW w:w="2268" w:type="dxa"/>
            <w:shd w:val="clear" w:color="auto" w:fill="F4F7FA"/>
            <w:tcMar>
              <w:top w:w="90" w:type="dxa"/>
              <w:left w:w="90" w:type="dxa"/>
              <w:bottom w:w="90" w:type="dxa"/>
              <w:right w:w="90" w:type="dxa"/>
            </w:tcMar>
            <w:vAlign w:val="center"/>
          </w:tcPr>
          <w:p w14:paraId="0D737628" w14:textId="77777777" w:rsidR="00FB4EFB" w:rsidRDefault="00FB4EFB" w:rsidP="0092033E">
            <w:r>
              <w:rPr>
                <w:sz w:val="17"/>
              </w:rPr>
              <w:t>Kalibrēti svari</w:t>
            </w:r>
          </w:p>
        </w:tc>
      </w:tr>
      <w:tr w:rsidR="00FB4EFB" w14:paraId="377FCA7C" w14:textId="77777777" w:rsidTr="0092033E">
        <w:trPr>
          <w:jc w:val="center"/>
        </w:trPr>
        <w:tc>
          <w:tcPr>
            <w:tcW w:w="2494" w:type="dxa"/>
            <w:shd w:val="clear" w:color="auto" w:fill="FFFFFF"/>
            <w:tcMar>
              <w:top w:w="90" w:type="dxa"/>
              <w:left w:w="90" w:type="dxa"/>
              <w:bottom w:w="90" w:type="dxa"/>
              <w:right w:w="90" w:type="dxa"/>
            </w:tcMar>
            <w:vAlign w:val="center"/>
          </w:tcPr>
          <w:p w14:paraId="0F14EDE2" w14:textId="77777777" w:rsidR="00FB4EFB" w:rsidRDefault="00FB4EFB" w:rsidP="0092033E">
            <w:r>
              <w:rPr>
                <w:sz w:val="17"/>
              </w:rPr>
              <w:t>Lamināta nominālais īpatsvars</w:t>
            </w:r>
          </w:p>
        </w:tc>
        <w:tc>
          <w:tcPr>
            <w:tcW w:w="2268" w:type="dxa"/>
            <w:shd w:val="clear" w:color="auto" w:fill="FFFFFF"/>
            <w:tcMar>
              <w:top w:w="90" w:type="dxa"/>
              <w:left w:w="90" w:type="dxa"/>
              <w:bottom w:w="90" w:type="dxa"/>
              <w:right w:w="90" w:type="dxa"/>
            </w:tcMar>
            <w:vAlign w:val="center"/>
          </w:tcPr>
          <w:p w14:paraId="30F6C002" w14:textId="77777777" w:rsidR="00FB4EFB" w:rsidRDefault="00FB4EFB" w:rsidP="0092033E">
            <w:r>
              <w:rPr>
                <w:sz w:val="17"/>
              </w:rPr>
              <w:t>4 % no masas</w:t>
            </w:r>
          </w:p>
        </w:tc>
        <w:tc>
          <w:tcPr>
            <w:tcW w:w="2268" w:type="dxa"/>
            <w:shd w:val="clear" w:color="auto" w:fill="FFFFFF"/>
            <w:tcMar>
              <w:top w:w="90" w:type="dxa"/>
              <w:left w:w="90" w:type="dxa"/>
              <w:bottom w:w="90" w:type="dxa"/>
              <w:right w:w="90" w:type="dxa"/>
            </w:tcMar>
            <w:vAlign w:val="center"/>
          </w:tcPr>
          <w:p w14:paraId="0530DC74" w14:textId="77777777" w:rsidR="00FB4EFB" w:rsidRDefault="00FB4EFB" w:rsidP="0092033E">
            <w:r>
              <w:rPr>
                <w:sz w:val="17"/>
              </w:rPr>
              <w:t>Piegādātāja deklarācija; jāpārbauda</w:t>
            </w:r>
          </w:p>
        </w:tc>
        <w:tc>
          <w:tcPr>
            <w:tcW w:w="2268" w:type="dxa"/>
            <w:shd w:val="clear" w:color="auto" w:fill="FFFFFF"/>
            <w:tcMar>
              <w:top w:w="90" w:type="dxa"/>
              <w:left w:w="90" w:type="dxa"/>
              <w:bottom w:w="90" w:type="dxa"/>
              <w:right w:w="90" w:type="dxa"/>
            </w:tcMar>
            <w:vAlign w:val="center"/>
          </w:tcPr>
          <w:p w14:paraId="3E860BCF" w14:textId="77777777" w:rsidR="00FB4EFB" w:rsidRDefault="00FB4EFB" w:rsidP="0092033E">
            <w:r>
              <w:rPr>
                <w:sz w:val="17"/>
              </w:rPr>
              <w:t>Materiālu saraksta pārbaude</w:t>
            </w:r>
          </w:p>
        </w:tc>
      </w:tr>
    </w:tbl>
    <w:tbl>
      <w:tblPr>
        <w:tblW w:w="0" w:type="auto"/>
        <w:tblLook w:val="04A0" w:firstRow="1" w:lastRow="0" w:firstColumn="1" w:lastColumn="0" w:noHBand="0" w:noVBand="1"/>
      </w:tblPr>
      <w:tblGrid>
        <w:gridCol w:w="9746"/>
      </w:tblGrid>
      <w:tr w:rsidR="00FB4EFB" w:rsidRPr="000C0554" w14:paraId="3DD34F43" w14:textId="77777777" w:rsidTr="0092033E">
        <w:tc>
          <w:tcPr>
            <w:tcW w:w="9972" w:type="dxa"/>
            <w:shd w:val="clear" w:color="auto" w:fill="EAF2F8"/>
            <w:tcMar>
              <w:top w:w="130" w:type="dxa"/>
              <w:left w:w="130" w:type="dxa"/>
              <w:bottom w:w="130" w:type="dxa"/>
              <w:right w:w="130" w:type="dxa"/>
            </w:tcMar>
          </w:tcPr>
          <w:p w14:paraId="3C87B90F" w14:textId="2F7DC03E" w:rsidR="00FB4EFB" w:rsidRPr="000C0554" w:rsidRDefault="00FB4EFB" w:rsidP="0092033E">
            <w:pPr>
              <w:rPr>
                <w:lang w:val="lv-LV"/>
              </w:rPr>
            </w:pPr>
            <w:proofErr w:type="spellStart"/>
            <w:r>
              <w:rPr>
                <w:b/>
              </w:rPr>
              <w:t>Rasējuma</w:t>
            </w:r>
            <w:proofErr w:type="spellEnd"/>
            <w:r w:rsidR="008752FE">
              <w:rPr>
                <w:b/>
              </w:rPr>
              <w:t xml:space="preserve"> </w:t>
            </w:r>
            <w:proofErr w:type="spellStart"/>
            <w:r w:rsidR="008752FE">
              <w:rPr>
                <w:b/>
              </w:rPr>
              <w:t>pielikums</w:t>
            </w:r>
            <w:proofErr w:type="spellEnd"/>
            <w:r>
              <w:rPr>
                <w:b/>
              </w:rPr>
              <w:t xml:space="preserve">: </w:t>
            </w:r>
            <w:r w:rsidR="000C0554" w:rsidRPr="000C0554">
              <w:rPr>
                <w:lang w:val="lv-LV"/>
              </w:rPr>
              <w:t>Šeit ievietojiet apstiprināto piegriezuma kontūru, ražošanas rasējumu, slāņu struktūru, drukas izkārtojumu un materiālu specifikāciju. Šajā piemērā kontrolētais rasējums ir norādīts ar apzīmējumu DWG-BCC-LC-250-01.</w:t>
            </w:r>
          </w:p>
        </w:tc>
      </w:tr>
    </w:tbl>
    <w:p w14:paraId="6E949CDF" w14:textId="77777777" w:rsidR="00FB4EFB" w:rsidRDefault="00FB4EFB" w:rsidP="00FB4EFB">
      <w:pPr>
        <w:pStyle w:val="Virsraksts2"/>
      </w:pPr>
      <w:r>
        <w:t>3.2. Iepakošanas process</w:t>
      </w:r>
    </w:p>
    <w:p w14:paraId="5653078E" w14:textId="77777777" w:rsidR="00FB4EFB" w:rsidRDefault="00FB4EFB" w:rsidP="00FB4EFB">
      <w:pPr>
        <w:pStyle w:val="Sarakstaaizzme"/>
        <w:spacing w:after="80"/>
      </w:pPr>
      <w:r>
        <w:t>Kartona sagataves izcērt, apdrukā, laminē un salīmē sānu šuvē.</w:t>
      </w:r>
    </w:p>
    <w:p w14:paraId="4A55A5D5" w14:textId="77777777" w:rsidR="00FB4EFB" w:rsidRDefault="00FB4EFB" w:rsidP="00FB4EFB">
      <w:pPr>
        <w:pStyle w:val="Sarakstaaizzme"/>
        <w:spacing w:after="80"/>
      </w:pPr>
      <w:r>
        <w:t>Iepakošanas vietā atsevišķi iesaiņotu biskvīta kūku ievieto saliktā kartona kārbā.</w:t>
      </w:r>
    </w:p>
    <w:p w14:paraId="52C7AEA6" w14:textId="77777777" w:rsidR="00FB4EFB" w:rsidRDefault="00FB4EFB" w:rsidP="00FB4EFB">
      <w:pPr>
        <w:pStyle w:val="Sarakstaaizzme"/>
        <w:spacing w:after="80"/>
      </w:pPr>
      <w:r>
        <w:t>Aizvēršanas atloku noslēdz. Kartona kārba aizsargā produktu apstrādes laikā un nodrošina tā noformējumu mazumtirdzniecībai.</w:t>
      </w:r>
    </w:p>
    <w:p w14:paraId="51840114" w14:textId="77777777" w:rsidR="00FB4EFB" w:rsidRDefault="00FB4EFB" w:rsidP="00FB4EFB">
      <w:pPr>
        <w:pStyle w:val="Sarakstaaizzme"/>
        <w:spacing w:after="80"/>
      </w:pPr>
      <w:r>
        <w:t>Patērētājs atdala kartona kārbu no iekšējā iesaiņojuma un ievēro vietējos šķirošanas norādījumus.</w:t>
      </w:r>
    </w:p>
    <w:p w14:paraId="502A2FE3" w14:textId="77777777" w:rsidR="00FB4EFB" w:rsidRDefault="00FB4EFB" w:rsidP="00FB4EFB">
      <w:pPr>
        <w:pStyle w:val="Virsraksts1"/>
      </w:pPr>
      <w:r>
        <w:t>4. Piemērojamo prasību novērtējums</w:t>
      </w:r>
    </w:p>
    <w:p w14:paraId="7D7BE636" w14:textId="77777777" w:rsidR="00FB4EFB" w:rsidRDefault="00FB4EFB" w:rsidP="00FB4EFB">
      <w:r>
        <w:t>Izgatavotājam jānosaka, kuras 5.–12. panta prasības ir piemērojamas. Tālāk sniegtā tabula ir tikai ilustratīvs sākotnējā izvērtējuma ieraksts; secinājumi jāpamato ar pierādījumiem galīgajā tehniskajā dokumentācijā.</w:t>
      </w:r>
    </w:p>
    <w:tbl>
      <w:tblPr>
        <w:tblW w:w="10774" w:type="dxa"/>
        <w:jc w:val="center"/>
        <w:tblLayout w:type="fixed"/>
        <w:tblLook w:val="04A0" w:firstRow="1" w:lastRow="0" w:firstColumn="1" w:lastColumn="0" w:noHBand="0" w:noVBand="1"/>
      </w:tblPr>
      <w:tblGrid>
        <w:gridCol w:w="2493"/>
        <w:gridCol w:w="2493"/>
        <w:gridCol w:w="2493"/>
        <w:gridCol w:w="3295"/>
      </w:tblGrid>
      <w:tr w:rsidR="00FB4EFB" w14:paraId="0ACD9479" w14:textId="77777777" w:rsidTr="0092033E">
        <w:trPr>
          <w:jc w:val="center"/>
        </w:trPr>
        <w:tc>
          <w:tcPr>
            <w:tcW w:w="2493" w:type="dxa"/>
            <w:shd w:val="clear" w:color="auto" w:fill="1F4E79"/>
            <w:tcMar>
              <w:top w:w="90" w:type="dxa"/>
              <w:left w:w="90" w:type="dxa"/>
              <w:bottom w:w="90" w:type="dxa"/>
              <w:right w:w="90" w:type="dxa"/>
            </w:tcMar>
            <w:vAlign w:val="center"/>
          </w:tcPr>
          <w:p w14:paraId="153BA227" w14:textId="77777777" w:rsidR="00FB4EFB" w:rsidRDefault="00FB4EFB" w:rsidP="0092033E">
            <w:r>
              <w:rPr>
                <w:b/>
                <w:color w:val="FFFFFF"/>
                <w:sz w:val="16"/>
              </w:rPr>
              <w:t>Noteikums</w:t>
            </w:r>
          </w:p>
        </w:tc>
        <w:tc>
          <w:tcPr>
            <w:tcW w:w="2493" w:type="dxa"/>
            <w:shd w:val="clear" w:color="auto" w:fill="1F4E79"/>
            <w:tcMar>
              <w:top w:w="90" w:type="dxa"/>
              <w:left w:w="90" w:type="dxa"/>
              <w:bottom w:w="90" w:type="dxa"/>
              <w:right w:w="90" w:type="dxa"/>
            </w:tcMar>
            <w:vAlign w:val="center"/>
          </w:tcPr>
          <w:p w14:paraId="2BC86173" w14:textId="77777777" w:rsidR="00FB4EFB" w:rsidRDefault="00FB4EFB" w:rsidP="0092033E">
            <w:r>
              <w:rPr>
                <w:b/>
                <w:color w:val="FFFFFF"/>
                <w:sz w:val="16"/>
              </w:rPr>
              <w:t>Temats</w:t>
            </w:r>
          </w:p>
        </w:tc>
        <w:tc>
          <w:tcPr>
            <w:tcW w:w="2493" w:type="dxa"/>
            <w:shd w:val="clear" w:color="auto" w:fill="1F4E79"/>
            <w:tcMar>
              <w:top w:w="90" w:type="dxa"/>
              <w:left w:w="90" w:type="dxa"/>
              <w:bottom w:w="90" w:type="dxa"/>
              <w:right w:w="90" w:type="dxa"/>
            </w:tcMar>
            <w:vAlign w:val="center"/>
          </w:tcPr>
          <w:p w14:paraId="414F43DB" w14:textId="77777777" w:rsidR="00FB4EFB" w:rsidRDefault="00FB4EFB" w:rsidP="0092033E">
            <w:r>
              <w:rPr>
                <w:b/>
                <w:color w:val="FFFFFF"/>
                <w:sz w:val="16"/>
              </w:rPr>
              <w:t>Piemērojamība paraugā</w:t>
            </w:r>
          </w:p>
        </w:tc>
        <w:tc>
          <w:tcPr>
            <w:tcW w:w="3295" w:type="dxa"/>
            <w:shd w:val="clear" w:color="auto" w:fill="1F4E79"/>
            <w:tcMar>
              <w:top w:w="90" w:type="dxa"/>
              <w:left w:w="90" w:type="dxa"/>
              <w:bottom w:w="90" w:type="dxa"/>
              <w:right w:w="90" w:type="dxa"/>
            </w:tcMar>
            <w:vAlign w:val="center"/>
          </w:tcPr>
          <w:p w14:paraId="18EB028D" w14:textId="77777777" w:rsidR="00FB4EFB" w:rsidRDefault="00FB4EFB" w:rsidP="0092033E">
            <w:r>
              <w:rPr>
                <w:b/>
                <w:color w:val="FFFFFF"/>
                <w:sz w:val="16"/>
              </w:rPr>
              <w:t>Ilustratīvs pierādījums / darbība</w:t>
            </w:r>
          </w:p>
        </w:tc>
      </w:tr>
      <w:tr w:rsidR="00FB4EFB" w14:paraId="09E0A485" w14:textId="77777777" w:rsidTr="0092033E">
        <w:trPr>
          <w:jc w:val="center"/>
        </w:trPr>
        <w:tc>
          <w:tcPr>
            <w:tcW w:w="2493" w:type="dxa"/>
            <w:shd w:val="clear" w:color="auto" w:fill="F4F7FA"/>
            <w:tcMar>
              <w:top w:w="90" w:type="dxa"/>
              <w:left w:w="90" w:type="dxa"/>
              <w:bottom w:w="90" w:type="dxa"/>
              <w:right w:w="90" w:type="dxa"/>
            </w:tcMar>
            <w:vAlign w:val="center"/>
          </w:tcPr>
          <w:p w14:paraId="0BC590BF" w14:textId="2DA8D027" w:rsidR="00FB4EFB" w:rsidRDefault="000C0554" w:rsidP="0092033E">
            <w:r>
              <w:rPr>
                <w:sz w:val="16"/>
              </w:rPr>
              <w:t xml:space="preserve">5. </w:t>
            </w:r>
            <w:r w:rsidR="00FB4EFB">
              <w:rPr>
                <w:sz w:val="16"/>
              </w:rPr>
              <w:t>pants</w:t>
            </w:r>
          </w:p>
        </w:tc>
        <w:tc>
          <w:tcPr>
            <w:tcW w:w="2493" w:type="dxa"/>
            <w:shd w:val="clear" w:color="auto" w:fill="F4F7FA"/>
            <w:tcMar>
              <w:top w:w="90" w:type="dxa"/>
              <w:left w:w="90" w:type="dxa"/>
              <w:bottom w:w="90" w:type="dxa"/>
              <w:right w:w="90" w:type="dxa"/>
            </w:tcMar>
            <w:vAlign w:val="center"/>
          </w:tcPr>
          <w:p w14:paraId="354E9800" w14:textId="77777777" w:rsidR="00FB4EFB" w:rsidRDefault="00FB4EFB" w:rsidP="0092033E">
            <w:r>
              <w:rPr>
                <w:sz w:val="16"/>
              </w:rPr>
              <w:t>Vielas iepakojumā</w:t>
            </w:r>
          </w:p>
        </w:tc>
        <w:tc>
          <w:tcPr>
            <w:tcW w:w="2493" w:type="dxa"/>
            <w:shd w:val="clear" w:color="auto" w:fill="F4F7FA"/>
            <w:tcMar>
              <w:top w:w="90" w:type="dxa"/>
              <w:left w:w="90" w:type="dxa"/>
              <w:bottom w:w="90" w:type="dxa"/>
              <w:right w:w="90" w:type="dxa"/>
            </w:tcMar>
            <w:vAlign w:val="center"/>
          </w:tcPr>
          <w:p w14:paraId="2329FCB6" w14:textId="77777777" w:rsidR="00FB4EFB" w:rsidRDefault="00FB4EFB" w:rsidP="0092033E">
            <w:r>
              <w:rPr>
                <w:sz w:val="16"/>
              </w:rPr>
              <w:t>Piemērojams</w:t>
            </w:r>
          </w:p>
        </w:tc>
        <w:tc>
          <w:tcPr>
            <w:tcW w:w="3295" w:type="dxa"/>
            <w:shd w:val="clear" w:color="auto" w:fill="F4F7FA"/>
            <w:tcMar>
              <w:top w:w="90" w:type="dxa"/>
              <w:left w:w="90" w:type="dxa"/>
              <w:bottom w:w="90" w:type="dxa"/>
              <w:right w:w="90" w:type="dxa"/>
            </w:tcMar>
            <w:vAlign w:val="center"/>
          </w:tcPr>
          <w:p w14:paraId="1CD09B40" w14:textId="77777777" w:rsidR="00FB4EFB" w:rsidRDefault="00FB4EFB" w:rsidP="0092033E">
            <w:r>
              <w:rPr>
                <w:sz w:val="16"/>
              </w:rPr>
              <w:t>Nepieciešamas piegādātāju deklarācijas un ķīmiskās atbilstības pārbaude.</w:t>
            </w:r>
          </w:p>
        </w:tc>
      </w:tr>
      <w:tr w:rsidR="00FB4EFB" w14:paraId="632080BA" w14:textId="77777777" w:rsidTr="0092033E">
        <w:trPr>
          <w:jc w:val="center"/>
        </w:trPr>
        <w:tc>
          <w:tcPr>
            <w:tcW w:w="2493" w:type="dxa"/>
            <w:shd w:val="clear" w:color="auto" w:fill="FFFFFF"/>
            <w:tcMar>
              <w:top w:w="90" w:type="dxa"/>
              <w:left w:w="90" w:type="dxa"/>
              <w:bottom w:w="90" w:type="dxa"/>
              <w:right w:w="90" w:type="dxa"/>
            </w:tcMar>
            <w:vAlign w:val="center"/>
          </w:tcPr>
          <w:p w14:paraId="0A14339F" w14:textId="53FBC3C7" w:rsidR="00FB4EFB" w:rsidRDefault="000C0554" w:rsidP="0092033E">
            <w:r>
              <w:rPr>
                <w:sz w:val="16"/>
              </w:rPr>
              <w:t xml:space="preserve">6. </w:t>
            </w:r>
            <w:r w:rsidR="00FB4EFB">
              <w:rPr>
                <w:sz w:val="16"/>
              </w:rPr>
              <w:t>pants</w:t>
            </w:r>
          </w:p>
        </w:tc>
        <w:tc>
          <w:tcPr>
            <w:tcW w:w="2493" w:type="dxa"/>
            <w:shd w:val="clear" w:color="auto" w:fill="FFFFFF"/>
            <w:tcMar>
              <w:top w:w="90" w:type="dxa"/>
              <w:left w:w="90" w:type="dxa"/>
              <w:bottom w:w="90" w:type="dxa"/>
              <w:right w:w="90" w:type="dxa"/>
            </w:tcMar>
            <w:vAlign w:val="center"/>
          </w:tcPr>
          <w:p w14:paraId="440D222B" w14:textId="77777777" w:rsidR="00FB4EFB" w:rsidRDefault="00FB4EFB" w:rsidP="0092033E">
            <w:r>
              <w:rPr>
                <w:sz w:val="16"/>
              </w:rPr>
              <w:t>Reciklējams iepakojums</w:t>
            </w:r>
          </w:p>
        </w:tc>
        <w:tc>
          <w:tcPr>
            <w:tcW w:w="2493" w:type="dxa"/>
            <w:shd w:val="clear" w:color="auto" w:fill="FFFFFF"/>
            <w:tcMar>
              <w:top w:w="90" w:type="dxa"/>
              <w:left w:w="90" w:type="dxa"/>
              <w:bottom w:w="90" w:type="dxa"/>
              <w:right w:w="90" w:type="dxa"/>
            </w:tcMar>
            <w:vAlign w:val="center"/>
          </w:tcPr>
          <w:p w14:paraId="46E4A96E" w14:textId="77777777" w:rsidR="00FB4EFB" w:rsidRDefault="00FB4EFB" w:rsidP="0092033E">
            <w:r>
              <w:rPr>
                <w:sz w:val="16"/>
              </w:rPr>
              <w:t>Piemērojams</w:t>
            </w:r>
          </w:p>
        </w:tc>
        <w:tc>
          <w:tcPr>
            <w:tcW w:w="3295" w:type="dxa"/>
            <w:shd w:val="clear" w:color="auto" w:fill="FFFFFF"/>
            <w:tcMar>
              <w:top w:w="90" w:type="dxa"/>
              <w:left w:w="90" w:type="dxa"/>
              <w:bottom w:w="90" w:type="dxa"/>
              <w:right w:w="90" w:type="dxa"/>
            </w:tcMar>
            <w:vAlign w:val="center"/>
          </w:tcPr>
          <w:p w14:paraId="4D44CAAF" w14:textId="77777777" w:rsidR="00FB4EFB" w:rsidRDefault="00FB4EFB" w:rsidP="0092033E">
            <w:r>
              <w:rPr>
                <w:sz w:val="16"/>
              </w:rPr>
              <w:t>Nepieciešams reciklēšanai piemērota dizaina novērtējums; jāpārbauda lamināta saderība.</w:t>
            </w:r>
          </w:p>
        </w:tc>
      </w:tr>
      <w:tr w:rsidR="00FB4EFB" w14:paraId="64FFF702" w14:textId="77777777" w:rsidTr="0092033E">
        <w:trPr>
          <w:jc w:val="center"/>
        </w:trPr>
        <w:tc>
          <w:tcPr>
            <w:tcW w:w="2493" w:type="dxa"/>
            <w:shd w:val="clear" w:color="auto" w:fill="F4F7FA"/>
            <w:tcMar>
              <w:top w:w="90" w:type="dxa"/>
              <w:left w:w="90" w:type="dxa"/>
              <w:bottom w:w="90" w:type="dxa"/>
              <w:right w:w="90" w:type="dxa"/>
            </w:tcMar>
            <w:vAlign w:val="center"/>
          </w:tcPr>
          <w:p w14:paraId="70F741A6" w14:textId="29DB4749" w:rsidR="00FB4EFB" w:rsidRDefault="000C0554" w:rsidP="0092033E">
            <w:r>
              <w:rPr>
                <w:sz w:val="16"/>
              </w:rPr>
              <w:t xml:space="preserve">7. </w:t>
            </w:r>
            <w:r w:rsidR="00FB4EFB">
              <w:rPr>
                <w:sz w:val="16"/>
              </w:rPr>
              <w:t>pants</w:t>
            </w:r>
          </w:p>
        </w:tc>
        <w:tc>
          <w:tcPr>
            <w:tcW w:w="2493" w:type="dxa"/>
            <w:shd w:val="clear" w:color="auto" w:fill="F4F7FA"/>
            <w:tcMar>
              <w:top w:w="90" w:type="dxa"/>
              <w:left w:w="90" w:type="dxa"/>
              <w:bottom w:w="90" w:type="dxa"/>
              <w:right w:w="90" w:type="dxa"/>
            </w:tcMar>
            <w:vAlign w:val="center"/>
          </w:tcPr>
          <w:p w14:paraId="589E7497" w14:textId="77777777" w:rsidR="00FB4EFB" w:rsidRDefault="00FB4EFB" w:rsidP="0092033E">
            <w:r>
              <w:rPr>
                <w:sz w:val="16"/>
              </w:rPr>
              <w:t>Minimālais reciklētā satura īpatsvars plastmasas iepakojumā</w:t>
            </w:r>
          </w:p>
        </w:tc>
        <w:tc>
          <w:tcPr>
            <w:tcW w:w="2493" w:type="dxa"/>
            <w:shd w:val="clear" w:color="auto" w:fill="F4F7FA"/>
            <w:tcMar>
              <w:top w:w="90" w:type="dxa"/>
              <w:left w:w="90" w:type="dxa"/>
              <w:bottom w:w="90" w:type="dxa"/>
              <w:right w:w="90" w:type="dxa"/>
            </w:tcMar>
            <w:vAlign w:val="center"/>
          </w:tcPr>
          <w:p w14:paraId="51EBA54A" w14:textId="77777777" w:rsidR="00FB4EFB" w:rsidRDefault="00FB4EFB" w:rsidP="0092033E">
            <w:r>
              <w:rPr>
                <w:sz w:val="16"/>
              </w:rPr>
              <w:t>Jāapstiprina</w:t>
            </w:r>
          </w:p>
        </w:tc>
        <w:tc>
          <w:tcPr>
            <w:tcW w:w="3295" w:type="dxa"/>
            <w:shd w:val="clear" w:color="auto" w:fill="F4F7FA"/>
            <w:tcMar>
              <w:top w:w="90" w:type="dxa"/>
              <w:left w:w="90" w:type="dxa"/>
              <w:bottom w:w="90" w:type="dxa"/>
              <w:right w:w="90" w:type="dxa"/>
            </w:tcMar>
            <w:vAlign w:val="center"/>
          </w:tcPr>
          <w:p w14:paraId="5830D8F4" w14:textId="77777777" w:rsidR="00FB4EFB" w:rsidRDefault="00FB4EFB" w:rsidP="0092033E">
            <w:r>
              <w:rPr>
                <w:sz w:val="16"/>
              </w:rPr>
              <w:t>Jāizvērtē, vai uz plāno polimēra laminātu attiecas piemērojamais tvērums un aprēķina noteikumi.</w:t>
            </w:r>
          </w:p>
        </w:tc>
      </w:tr>
      <w:tr w:rsidR="00FB4EFB" w14:paraId="70A650FB" w14:textId="77777777" w:rsidTr="0092033E">
        <w:trPr>
          <w:jc w:val="center"/>
        </w:trPr>
        <w:tc>
          <w:tcPr>
            <w:tcW w:w="2493" w:type="dxa"/>
            <w:shd w:val="clear" w:color="auto" w:fill="FFFFFF"/>
            <w:tcMar>
              <w:top w:w="90" w:type="dxa"/>
              <w:left w:w="90" w:type="dxa"/>
              <w:bottom w:w="90" w:type="dxa"/>
              <w:right w:w="90" w:type="dxa"/>
            </w:tcMar>
            <w:vAlign w:val="center"/>
          </w:tcPr>
          <w:p w14:paraId="4AB3F6EB" w14:textId="13736A2D" w:rsidR="00FB4EFB" w:rsidRDefault="000C0554" w:rsidP="0092033E">
            <w:r>
              <w:rPr>
                <w:sz w:val="16"/>
              </w:rPr>
              <w:t xml:space="preserve">8. </w:t>
            </w:r>
            <w:r w:rsidR="00FB4EFB">
              <w:rPr>
                <w:sz w:val="16"/>
              </w:rPr>
              <w:t>pants</w:t>
            </w:r>
          </w:p>
        </w:tc>
        <w:tc>
          <w:tcPr>
            <w:tcW w:w="2493" w:type="dxa"/>
            <w:shd w:val="clear" w:color="auto" w:fill="FFFFFF"/>
            <w:tcMar>
              <w:top w:w="90" w:type="dxa"/>
              <w:left w:w="90" w:type="dxa"/>
              <w:bottom w:w="90" w:type="dxa"/>
              <w:right w:w="90" w:type="dxa"/>
            </w:tcMar>
            <w:vAlign w:val="center"/>
          </w:tcPr>
          <w:p w14:paraId="7514847D" w14:textId="77777777" w:rsidR="00FB4EFB" w:rsidRDefault="00FB4EFB" w:rsidP="0092033E">
            <w:r>
              <w:rPr>
                <w:sz w:val="16"/>
              </w:rPr>
              <w:t>Bioloģiskas izcelsmes izejvielas plastmasas iepakojumā</w:t>
            </w:r>
          </w:p>
        </w:tc>
        <w:tc>
          <w:tcPr>
            <w:tcW w:w="2493" w:type="dxa"/>
            <w:shd w:val="clear" w:color="auto" w:fill="FFFFFF"/>
            <w:tcMar>
              <w:top w:w="90" w:type="dxa"/>
              <w:left w:w="90" w:type="dxa"/>
              <w:bottom w:w="90" w:type="dxa"/>
              <w:right w:w="90" w:type="dxa"/>
            </w:tcMar>
            <w:vAlign w:val="center"/>
          </w:tcPr>
          <w:p w14:paraId="2F2B9790" w14:textId="77777777" w:rsidR="00FB4EFB" w:rsidRDefault="00FB4EFB" w:rsidP="0092033E">
            <w:r>
              <w:rPr>
                <w:sz w:val="16"/>
              </w:rPr>
              <w:t>Jāapstiprina</w:t>
            </w:r>
          </w:p>
        </w:tc>
        <w:tc>
          <w:tcPr>
            <w:tcW w:w="3295" w:type="dxa"/>
            <w:shd w:val="clear" w:color="auto" w:fill="FFFFFF"/>
            <w:tcMar>
              <w:top w:w="90" w:type="dxa"/>
              <w:left w:w="90" w:type="dxa"/>
              <w:bottom w:w="90" w:type="dxa"/>
              <w:right w:w="90" w:type="dxa"/>
            </w:tcMar>
            <w:vAlign w:val="center"/>
          </w:tcPr>
          <w:p w14:paraId="3662355F" w14:textId="77777777" w:rsidR="00FB4EFB" w:rsidRDefault="00FB4EFB" w:rsidP="0092033E">
            <w:r>
              <w:rPr>
                <w:sz w:val="16"/>
              </w:rPr>
              <w:t>Šajā paraugā nav ietverts apgalvojums par bioloģisku izcelsmi.</w:t>
            </w:r>
          </w:p>
        </w:tc>
      </w:tr>
      <w:tr w:rsidR="00FB4EFB" w14:paraId="0205047C" w14:textId="77777777" w:rsidTr="0092033E">
        <w:trPr>
          <w:jc w:val="center"/>
        </w:trPr>
        <w:tc>
          <w:tcPr>
            <w:tcW w:w="2493" w:type="dxa"/>
            <w:shd w:val="clear" w:color="auto" w:fill="F4F7FA"/>
            <w:tcMar>
              <w:top w:w="90" w:type="dxa"/>
              <w:left w:w="90" w:type="dxa"/>
              <w:bottom w:w="90" w:type="dxa"/>
              <w:right w:w="90" w:type="dxa"/>
            </w:tcMar>
            <w:vAlign w:val="center"/>
          </w:tcPr>
          <w:p w14:paraId="377D945C" w14:textId="75B3F7FE" w:rsidR="00FB4EFB" w:rsidRDefault="000C0554" w:rsidP="0092033E">
            <w:r>
              <w:rPr>
                <w:sz w:val="16"/>
              </w:rPr>
              <w:t xml:space="preserve">9. </w:t>
            </w:r>
            <w:r w:rsidR="00FB4EFB">
              <w:rPr>
                <w:sz w:val="16"/>
              </w:rPr>
              <w:t>pants</w:t>
            </w:r>
          </w:p>
        </w:tc>
        <w:tc>
          <w:tcPr>
            <w:tcW w:w="2493" w:type="dxa"/>
            <w:shd w:val="clear" w:color="auto" w:fill="F4F7FA"/>
            <w:tcMar>
              <w:top w:w="90" w:type="dxa"/>
              <w:left w:w="90" w:type="dxa"/>
              <w:bottom w:w="90" w:type="dxa"/>
              <w:right w:w="90" w:type="dxa"/>
            </w:tcMar>
            <w:vAlign w:val="center"/>
          </w:tcPr>
          <w:p w14:paraId="67B16BE8" w14:textId="77777777" w:rsidR="00FB4EFB" w:rsidRDefault="00FB4EFB" w:rsidP="0092033E">
            <w:r>
              <w:rPr>
                <w:sz w:val="16"/>
              </w:rPr>
              <w:t>Kompostējams iepakojums</w:t>
            </w:r>
          </w:p>
        </w:tc>
        <w:tc>
          <w:tcPr>
            <w:tcW w:w="2493" w:type="dxa"/>
            <w:shd w:val="clear" w:color="auto" w:fill="F4F7FA"/>
            <w:tcMar>
              <w:top w:w="90" w:type="dxa"/>
              <w:left w:w="90" w:type="dxa"/>
              <w:bottom w:w="90" w:type="dxa"/>
              <w:right w:w="90" w:type="dxa"/>
            </w:tcMar>
            <w:vAlign w:val="center"/>
          </w:tcPr>
          <w:p w14:paraId="1C857EFF" w14:textId="77777777" w:rsidR="00FB4EFB" w:rsidRDefault="00FB4EFB" w:rsidP="0092033E">
            <w:r>
              <w:rPr>
                <w:sz w:val="16"/>
              </w:rPr>
              <w:t>Netiek deklarēts</w:t>
            </w:r>
          </w:p>
        </w:tc>
        <w:tc>
          <w:tcPr>
            <w:tcW w:w="3295" w:type="dxa"/>
            <w:shd w:val="clear" w:color="auto" w:fill="F4F7FA"/>
            <w:tcMar>
              <w:top w:w="90" w:type="dxa"/>
              <w:left w:w="90" w:type="dxa"/>
              <w:bottom w:w="90" w:type="dxa"/>
              <w:right w:w="90" w:type="dxa"/>
            </w:tcMar>
            <w:vAlign w:val="center"/>
          </w:tcPr>
          <w:p w14:paraId="4865BCB3" w14:textId="77777777" w:rsidR="00FB4EFB" w:rsidRDefault="00FB4EFB" w:rsidP="0092033E">
            <w:r>
              <w:rPr>
                <w:sz w:val="16"/>
              </w:rPr>
              <w:t>Iepakojums netiek deklarēts kā kompostējams.</w:t>
            </w:r>
          </w:p>
        </w:tc>
      </w:tr>
      <w:tr w:rsidR="00FB4EFB" w14:paraId="7BF8E175" w14:textId="77777777" w:rsidTr="0092033E">
        <w:trPr>
          <w:jc w:val="center"/>
        </w:trPr>
        <w:tc>
          <w:tcPr>
            <w:tcW w:w="2493" w:type="dxa"/>
            <w:shd w:val="clear" w:color="auto" w:fill="FFFFFF"/>
            <w:tcMar>
              <w:top w:w="90" w:type="dxa"/>
              <w:left w:w="90" w:type="dxa"/>
              <w:bottom w:w="90" w:type="dxa"/>
              <w:right w:w="90" w:type="dxa"/>
            </w:tcMar>
            <w:vAlign w:val="center"/>
          </w:tcPr>
          <w:p w14:paraId="1589BA47" w14:textId="3E5F50D6" w:rsidR="00FB4EFB" w:rsidRDefault="000C0554" w:rsidP="0092033E">
            <w:r>
              <w:rPr>
                <w:sz w:val="16"/>
              </w:rPr>
              <w:t xml:space="preserve">10. </w:t>
            </w:r>
            <w:r w:rsidR="00FB4EFB">
              <w:rPr>
                <w:sz w:val="16"/>
              </w:rPr>
              <w:t>pants</w:t>
            </w:r>
          </w:p>
        </w:tc>
        <w:tc>
          <w:tcPr>
            <w:tcW w:w="2493" w:type="dxa"/>
            <w:shd w:val="clear" w:color="auto" w:fill="FFFFFF"/>
            <w:tcMar>
              <w:top w:w="90" w:type="dxa"/>
              <w:left w:w="90" w:type="dxa"/>
              <w:bottom w:w="90" w:type="dxa"/>
              <w:right w:w="90" w:type="dxa"/>
            </w:tcMar>
            <w:vAlign w:val="center"/>
          </w:tcPr>
          <w:p w14:paraId="5FBBF63B" w14:textId="77777777" w:rsidR="00FB4EFB" w:rsidRDefault="00FB4EFB" w:rsidP="0092033E">
            <w:proofErr w:type="spellStart"/>
            <w:r>
              <w:rPr>
                <w:sz w:val="16"/>
              </w:rPr>
              <w:t>Iepakojuma</w:t>
            </w:r>
            <w:proofErr w:type="spellEnd"/>
            <w:r>
              <w:rPr>
                <w:sz w:val="16"/>
              </w:rPr>
              <w:t xml:space="preserve"> </w:t>
            </w:r>
            <w:proofErr w:type="spellStart"/>
            <w:r>
              <w:rPr>
                <w:sz w:val="16"/>
              </w:rPr>
              <w:t>minimizēšana</w:t>
            </w:r>
            <w:proofErr w:type="spellEnd"/>
          </w:p>
        </w:tc>
        <w:tc>
          <w:tcPr>
            <w:tcW w:w="2493" w:type="dxa"/>
            <w:shd w:val="clear" w:color="auto" w:fill="FFFFFF"/>
            <w:tcMar>
              <w:top w:w="90" w:type="dxa"/>
              <w:left w:w="90" w:type="dxa"/>
              <w:bottom w:w="90" w:type="dxa"/>
              <w:right w:w="90" w:type="dxa"/>
            </w:tcMar>
            <w:vAlign w:val="center"/>
          </w:tcPr>
          <w:p w14:paraId="48E22E5E" w14:textId="77777777" w:rsidR="00FB4EFB" w:rsidRDefault="00FB4EFB" w:rsidP="0092033E">
            <w:r>
              <w:rPr>
                <w:sz w:val="16"/>
              </w:rPr>
              <w:t>Piemērojams</w:t>
            </w:r>
          </w:p>
        </w:tc>
        <w:tc>
          <w:tcPr>
            <w:tcW w:w="3295" w:type="dxa"/>
            <w:shd w:val="clear" w:color="auto" w:fill="FFFFFF"/>
            <w:tcMar>
              <w:top w:w="90" w:type="dxa"/>
              <w:left w:w="90" w:type="dxa"/>
              <w:bottom w:w="90" w:type="dxa"/>
              <w:right w:w="90" w:type="dxa"/>
            </w:tcMar>
            <w:vAlign w:val="center"/>
          </w:tcPr>
          <w:p w14:paraId="2819AC6F" w14:textId="77777777" w:rsidR="00FB4EFB" w:rsidRDefault="00FB4EFB" w:rsidP="0092033E">
            <w:r>
              <w:rPr>
                <w:sz w:val="16"/>
              </w:rPr>
              <w:t>Nepieciešams masas, tilpuma un funkcionālā snieguma novērtējums.</w:t>
            </w:r>
          </w:p>
        </w:tc>
      </w:tr>
      <w:tr w:rsidR="00FB4EFB" w14:paraId="21ED6B2F" w14:textId="77777777" w:rsidTr="0092033E">
        <w:trPr>
          <w:jc w:val="center"/>
        </w:trPr>
        <w:tc>
          <w:tcPr>
            <w:tcW w:w="2493" w:type="dxa"/>
            <w:shd w:val="clear" w:color="auto" w:fill="F4F7FA"/>
            <w:tcMar>
              <w:top w:w="90" w:type="dxa"/>
              <w:left w:w="90" w:type="dxa"/>
              <w:bottom w:w="90" w:type="dxa"/>
              <w:right w:w="90" w:type="dxa"/>
            </w:tcMar>
            <w:vAlign w:val="center"/>
          </w:tcPr>
          <w:p w14:paraId="15EE3C1E" w14:textId="2F7D3276" w:rsidR="00FB4EFB" w:rsidRDefault="000C0554" w:rsidP="0092033E">
            <w:r>
              <w:rPr>
                <w:sz w:val="16"/>
              </w:rPr>
              <w:lastRenderedPageBreak/>
              <w:t xml:space="preserve">11. </w:t>
            </w:r>
            <w:r w:rsidR="00FB4EFB">
              <w:rPr>
                <w:sz w:val="16"/>
              </w:rPr>
              <w:t>pants</w:t>
            </w:r>
          </w:p>
        </w:tc>
        <w:tc>
          <w:tcPr>
            <w:tcW w:w="2493" w:type="dxa"/>
            <w:shd w:val="clear" w:color="auto" w:fill="F4F7FA"/>
            <w:tcMar>
              <w:top w:w="90" w:type="dxa"/>
              <w:left w:w="90" w:type="dxa"/>
              <w:bottom w:w="90" w:type="dxa"/>
              <w:right w:w="90" w:type="dxa"/>
            </w:tcMar>
            <w:vAlign w:val="center"/>
          </w:tcPr>
          <w:p w14:paraId="6F85130D" w14:textId="77777777" w:rsidR="00FB4EFB" w:rsidRDefault="00FB4EFB" w:rsidP="0092033E">
            <w:r>
              <w:rPr>
                <w:sz w:val="16"/>
              </w:rPr>
              <w:t>Atkalizmantojams iepakojums</w:t>
            </w:r>
          </w:p>
        </w:tc>
        <w:tc>
          <w:tcPr>
            <w:tcW w:w="2493" w:type="dxa"/>
            <w:shd w:val="clear" w:color="auto" w:fill="F4F7FA"/>
            <w:tcMar>
              <w:top w:w="90" w:type="dxa"/>
              <w:left w:w="90" w:type="dxa"/>
              <w:bottom w:w="90" w:type="dxa"/>
              <w:right w:w="90" w:type="dxa"/>
            </w:tcMar>
            <w:vAlign w:val="center"/>
          </w:tcPr>
          <w:p w14:paraId="5F38D6DA" w14:textId="77777777" w:rsidR="00FB4EFB" w:rsidRDefault="00FB4EFB" w:rsidP="0092033E">
            <w:r>
              <w:rPr>
                <w:sz w:val="16"/>
              </w:rPr>
              <w:t>Netiek deklarēts</w:t>
            </w:r>
          </w:p>
        </w:tc>
        <w:tc>
          <w:tcPr>
            <w:tcW w:w="3295" w:type="dxa"/>
            <w:shd w:val="clear" w:color="auto" w:fill="F4F7FA"/>
            <w:tcMar>
              <w:top w:w="90" w:type="dxa"/>
              <w:left w:w="90" w:type="dxa"/>
              <w:bottom w:w="90" w:type="dxa"/>
              <w:right w:w="90" w:type="dxa"/>
            </w:tcMar>
            <w:vAlign w:val="center"/>
          </w:tcPr>
          <w:p w14:paraId="22975039" w14:textId="77777777" w:rsidR="00FB4EFB" w:rsidRDefault="00FB4EFB" w:rsidP="0092033E">
            <w:r>
              <w:rPr>
                <w:sz w:val="16"/>
              </w:rPr>
              <w:t>Šis paraugs ir projektēts kā vienreizlietojams tirdzniecības iepakojums.</w:t>
            </w:r>
          </w:p>
        </w:tc>
      </w:tr>
      <w:tr w:rsidR="00FB4EFB" w:rsidRPr="000C0554" w14:paraId="1100FF50" w14:textId="77777777" w:rsidTr="0092033E">
        <w:trPr>
          <w:jc w:val="center"/>
        </w:trPr>
        <w:tc>
          <w:tcPr>
            <w:tcW w:w="2493" w:type="dxa"/>
            <w:shd w:val="clear" w:color="auto" w:fill="FFFFFF"/>
            <w:tcMar>
              <w:top w:w="90" w:type="dxa"/>
              <w:left w:w="90" w:type="dxa"/>
              <w:bottom w:w="90" w:type="dxa"/>
              <w:right w:w="90" w:type="dxa"/>
            </w:tcMar>
            <w:vAlign w:val="center"/>
          </w:tcPr>
          <w:p w14:paraId="2C35A0B3" w14:textId="20BAB070" w:rsidR="00FB4EFB" w:rsidRDefault="000C0554" w:rsidP="0092033E">
            <w:r>
              <w:rPr>
                <w:sz w:val="16"/>
              </w:rPr>
              <w:t xml:space="preserve">12. </w:t>
            </w:r>
            <w:r w:rsidR="00FB4EFB">
              <w:rPr>
                <w:sz w:val="16"/>
              </w:rPr>
              <w:t>pants</w:t>
            </w:r>
          </w:p>
        </w:tc>
        <w:tc>
          <w:tcPr>
            <w:tcW w:w="2493" w:type="dxa"/>
            <w:shd w:val="clear" w:color="auto" w:fill="FFFFFF"/>
            <w:tcMar>
              <w:top w:w="90" w:type="dxa"/>
              <w:left w:w="90" w:type="dxa"/>
              <w:bottom w:w="90" w:type="dxa"/>
              <w:right w:w="90" w:type="dxa"/>
            </w:tcMar>
            <w:vAlign w:val="center"/>
          </w:tcPr>
          <w:p w14:paraId="2062B677" w14:textId="77777777" w:rsidR="00FB4EFB" w:rsidRDefault="00FB4EFB" w:rsidP="0092033E">
            <w:r>
              <w:rPr>
                <w:sz w:val="16"/>
              </w:rPr>
              <w:t>Iepakojuma marķēšana</w:t>
            </w:r>
          </w:p>
        </w:tc>
        <w:tc>
          <w:tcPr>
            <w:tcW w:w="2493" w:type="dxa"/>
            <w:shd w:val="clear" w:color="auto" w:fill="FFFFFF"/>
            <w:tcMar>
              <w:top w:w="90" w:type="dxa"/>
              <w:left w:w="90" w:type="dxa"/>
              <w:bottom w:w="90" w:type="dxa"/>
              <w:right w:w="90" w:type="dxa"/>
            </w:tcMar>
            <w:vAlign w:val="center"/>
          </w:tcPr>
          <w:p w14:paraId="05FEB8FE" w14:textId="77777777" w:rsidR="00FB4EFB" w:rsidRPr="000C0554" w:rsidRDefault="00FB4EFB" w:rsidP="0092033E">
            <w:pPr>
              <w:rPr>
                <w:lang w:val="sv-SE"/>
              </w:rPr>
            </w:pPr>
            <w:r w:rsidRPr="000C0554">
              <w:rPr>
                <w:sz w:val="16"/>
                <w:lang w:val="sv-SE"/>
              </w:rPr>
              <w:t>Piemērojams, ja piemēro attiecīgos noteikumus</w:t>
            </w:r>
          </w:p>
        </w:tc>
        <w:tc>
          <w:tcPr>
            <w:tcW w:w="3295" w:type="dxa"/>
            <w:shd w:val="clear" w:color="auto" w:fill="FFFFFF"/>
            <w:tcMar>
              <w:top w:w="90" w:type="dxa"/>
              <w:left w:w="90" w:type="dxa"/>
              <w:bottom w:w="90" w:type="dxa"/>
              <w:right w:w="90" w:type="dxa"/>
            </w:tcMar>
            <w:vAlign w:val="center"/>
          </w:tcPr>
          <w:p w14:paraId="180B9FDF" w14:textId="77777777" w:rsidR="00FB4EFB" w:rsidRPr="000C0554" w:rsidRDefault="00FB4EFB" w:rsidP="0092033E">
            <w:pPr>
              <w:rPr>
                <w:lang w:val="sv-SE"/>
              </w:rPr>
            </w:pPr>
            <w:r w:rsidRPr="000C0554">
              <w:rPr>
                <w:sz w:val="16"/>
                <w:lang w:val="sv-SE"/>
              </w:rPr>
              <w:t>Pirms laišanas tirgū jāpārbauda galīgais makets un obligātās saskaņotās marķēšanas prasības.</w:t>
            </w:r>
          </w:p>
        </w:tc>
      </w:tr>
    </w:tbl>
    <w:p w14:paraId="6E4F569C" w14:textId="77777777" w:rsidR="00FB4EFB" w:rsidRDefault="00FB4EFB" w:rsidP="00FB4EFB">
      <w:pPr>
        <w:pStyle w:val="Virsraksts1"/>
      </w:pPr>
      <w:r>
        <w:t>5. Neatbilstības risku analīze un novērtējums</w:t>
      </w:r>
    </w:p>
    <w:tbl>
      <w:tblPr>
        <w:tblW w:w="0" w:type="auto"/>
        <w:jc w:val="center"/>
        <w:tblLayout w:type="fixed"/>
        <w:tblLook w:val="04A0" w:firstRow="1" w:lastRow="0" w:firstColumn="1" w:lastColumn="0" w:noHBand="0" w:noVBand="1"/>
      </w:tblPr>
      <w:tblGrid>
        <w:gridCol w:w="1994"/>
        <w:gridCol w:w="1994"/>
        <w:gridCol w:w="1994"/>
        <w:gridCol w:w="2835"/>
        <w:gridCol w:w="1994"/>
      </w:tblGrid>
      <w:tr w:rsidR="00FB4EFB" w14:paraId="04643EA1" w14:textId="77777777" w:rsidTr="0092033E">
        <w:trPr>
          <w:jc w:val="center"/>
        </w:trPr>
        <w:tc>
          <w:tcPr>
            <w:tcW w:w="1994" w:type="dxa"/>
            <w:shd w:val="clear" w:color="auto" w:fill="1F4E79"/>
            <w:tcMar>
              <w:top w:w="90" w:type="dxa"/>
              <w:left w:w="90" w:type="dxa"/>
              <w:bottom w:w="90" w:type="dxa"/>
              <w:right w:w="90" w:type="dxa"/>
            </w:tcMar>
            <w:vAlign w:val="center"/>
          </w:tcPr>
          <w:p w14:paraId="74BA8180" w14:textId="77777777" w:rsidR="00FB4EFB" w:rsidRDefault="00FB4EFB" w:rsidP="0092033E">
            <w:r>
              <w:rPr>
                <w:b/>
                <w:color w:val="FFFFFF"/>
                <w:sz w:val="15"/>
              </w:rPr>
              <w:t>Risks</w:t>
            </w:r>
          </w:p>
        </w:tc>
        <w:tc>
          <w:tcPr>
            <w:tcW w:w="1994" w:type="dxa"/>
            <w:shd w:val="clear" w:color="auto" w:fill="1F4E79"/>
            <w:tcMar>
              <w:top w:w="90" w:type="dxa"/>
              <w:left w:w="90" w:type="dxa"/>
              <w:bottom w:w="90" w:type="dxa"/>
              <w:right w:w="90" w:type="dxa"/>
            </w:tcMar>
            <w:vAlign w:val="center"/>
          </w:tcPr>
          <w:p w14:paraId="3206FBD2" w14:textId="77777777" w:rsidR="00FB4EFB" w:rsidRDefault="00FB4EFB" w:rsidP="0092033E">
            <w:r>
              <w:rPr>
                <w:b/>
                <w:color w:val="FFFFFF"/>
                <w:sz w:val="15"/>
              </w:rPr>
              <w:t>Cēlonis</w:t>
            </w:r>
          </w:p>
        </w:tc>
        <w:tc>
          <w:tcPr>
            <w:tcW w:w="1994" w:type="dxa"/>
            <w:shd w:val="clear" w:color="auto" w:fill="1F4E79"/>
            <w:tcMar>
              <w:top w:w="90" w:type="dxa"/>
              <w:left w:w="90" w:type="dxa"/>
              <w:bottom w:w="90" w:type="dxa"/>
              <w:right w:w="90" w:type="dxa"/>
            </w:tcMar>
            <w:vAlign w:val="center"/>
          </w:tcPr>
          <w:p w14:paraId="50F7658E" w14:textId="77777777" w:rsidR="00FB4EFB" w:rsidRDefault="00FB4EFB" w:rsidP="0092033E">
            <w:r>
              <w:rPr>
                <w:b/>
                <w:color w:val="FFFFFF"/>
                <w:sz w:val="15"/>
              </w:rPr>
              <w:t>Iespējamās sekas</w:t>
            </w:r>
          </w:p>
        </w:tc>
        <w:tc>
          <w:tcPr>
            <w:tcW w:w="1994" w:type="dxa"/>
            <w:shd w:val="clear" w:color="auto" w:fill="1F4E79"/>
            <w:tcMar>
              <w:top w:w="90" w:type="dxa"/>
              <w:left w:w="90" w:type="dxa"/>
              <w:bottom w:w="90" w:type="dxa"/>
              <w:right w:w="90" w:type="dxa"/>
            </w:tcMar>
            <w:vAlign w:val="center"/>
          </w:tcPr>
          <w:p w14:paraId="3DFFD041" w14:textId="77777777" w:rsidR="00FB4EFB" w:rsidRDefault="00FB4EFB" w:rsidP="0092033E">
            <w:r>
              <w:rPr>
                <w:b/>
                <w:color w:val="FFFFFF"/>
                <w:sz w:val="15"/>
              </w:rPr>
              <w:t>Parauga kontrole / pierādījums</w:t>
            </w:r>
          </w:p>
        </w:tc>
        <w:tc>
          <w:tcPr>
            <w:tcW w:w="1994" w:type="dxa"/>
            <w:shd w:val="clear" w:color="auto" w:fill="1F4E79"/>
            <w:tcMar>
              <w:top w:w="90" w:type="dxa"/>
              <w:left w:w="90" w:type="dxa"/>
              <w:bottom w:w="90" w:type="dxa"/>
              <w:right w:w="90" w:type="dxa"/>
            </w:tcMar>
            <w:vAlign w:val="center"/>
          </w:tcPr>
          <w:p w14:paraId="19E51506" w14:textId="77777777" w:rsidR="00FB4EFB" w:rsidRDefault="00FB4EFB" w:rsidP="0092033E">
            <w:r>
              <w:rPr>
                <w:b/>
                <w:color w:val="FFFFFF"/>
                <w:sz w:val="15"/>
              </w:rPr>
              <w:t>Atlikušā riska statuss</w:t>
            </w:r>
          </w:p>
        </w:tc>
      </w:tr>
      <w:tr w:rsidR="00FB4EFB" w14:paraId="5DD90AD6" w14:textId="77777777" w:rsidTr="0092033E">
        <w:trPr>
          <w:jc w:val="center"/>
        </w:trPr>
        <w:tc>
          <w:tcPr>
            <w:tcW w:w="1587" w:type="dxa"/>
            <w:shd w:val="clear" w:color="auto" w:fill="F4F7FA"/>
            <w:tcMar>
              <w:top w:w="90" w:type="dxa"/>
              <w:left w:w="90" w:type="dxa"/>
              <w:bottom w:w="90" w:type="dxa"/>
              <w:right w:w="90" w:type="dxa"/>
            </w:tcMar>
            <w:vAlign w:val="center"/>
          </w:tcPr>
          <w:p w14:paraId="14C369DA" w14:textId="77777777" w:rsidR="00FB4EFB" w:rsidRDefault="00FB4EFB" w:rsidP="0092033E">
            <w:r>
              <w:rPr>
                <w:sz w:val="15"/>
              </w:rPr>
              <w:t>Ierobežotas vielas saturs pārsniedz piemērojamo robežvērtību</w:t>
            </w:r>
          </w:p>
        </w:tc>
        <w:tc>
          <w:tcPr>
            <w:tcW w:w="1871" w:type="dxa"/>
            <w:shd w:val="clear" w:color="auto" w:fill="F4F7FA"/>
            <w:tcMar>
              <w:top w:w="90" w:type="dxa"/>
              <w:left w:w="90" w:type="dxa"/>
              <w:bottom w:w="90" w:type="dxa"/>
              <w:right w:w="90" w:type="dxa"/>
            </w:tcMar>
            <w:vAlign w:val="center"/>
          </w:tcPr>
          <w:p w14:paraId="27C08EFD" w14:textId="77777777" w:rsidR="00FB4EFB" w:rsidRDefault="00FB4EFB" w:rsidP="0092033E">
            <w:r>
              <w:rPr>
                <w:sz w:val="15"/>
              </w:rPr>
              <w:t>Neatbilstoša krāsa, līme vai pārklājums</w:t>
            </w:r>
          </w:p>
        </w:tc>
        <w:tc>
          <w:tcPr>
            <w:tcW w:w="1871" w:type="dxa"/>
            <w:shd w:val="clear" w:color="auto" w:fill="F4F7FA"/>
            <w:tcMar>
              <w:top w:w="90" w:type="dxa"/>
              <w:left w:w="90" w:type="dxa"/>
              <w:bottom w:w="90" w:type="dxa"/>
              <w:right w:w="90" w:type="dxa"/>
            </w:tcMar>
            <w:vAlign w:val="center"/>
          </w:tcPr>
          <w:p w14:paraId="213A3BA1" w14:textId="77777777" w:rsidR="00FB4EFB" w:rsidRDefault="00FB4EFB" w:rsidP="0092033E">
            <w:r>
              <w:rPr>
                <w:sz w:val="15"/>
              </w:rPr>
              <w:t>Neatbilstība 5. pantam</w:t>
            </w:r>
          </w:p>
        </w:tc>
        <w:tc>
          <w:tcPr>
            <w:tcW w:w="2835" w:type="dxa"/>
            <w:shd w:val="clear" w:color="auto" w:fill="F4F7FA"/>
            <w:tcMar>
              <w:top w:w="90" w:type="dxa"/>
              <w:left w:w="90" w:type="dxa"/>
              <w:bottom w:w="90" w:type="dxa"/>
              <w:right w:w="90" w:type="dxa"/>
            </w:tcMar>
            <w:vAlign w:val="center"/>
          </w:tcPr>
          <w:p w14:paraId="520E6069" w14:textId="77777777" w:rsidR="00FB4EFB" w:rsidRDefault="00FB4EFB" w:rsidP="0092033E">
            <w:r>
              <w:rPr>
                <w:sz w:val="15"/>
              </w:rPr>
              <w:t>Apstiprinātas piegādātāja specifikācijas; deklarācijas; mērķēta testēšana, ja pamatota</w:t>
            </w:r>
          </w:p>
        </w:tc>
        <w:tc>
          <w:tcPr>
            <w:tcW w:w="1417" w:type="dxa"/>
            <w:shd w:val="clear" w:color="auto" w:fill="F4F7FA"/>
            <w:tcMar>
              <w:top w:w="90" w:type="dxa"/>
              <w:left w:w="90" w:type="dxa"/>
              <w:bottom w:w="90" w:type="dxa"/>
              <w:right w:w="90" w:type="dxa"/>
            </w:tcMar>
            <w:vAlign w:val="center"/>
          </w:tcPr>
          <w:p w14:paraId="0C957C95" w14:textId="77777777" w:rsidR="00FB4EFB" w:rsidRDefault="00FB4EFB" w:rsidP="0092033E">
            <w:r>
              <w:rPr>
                <w:sz w:val="15"/>
              </w:rPr>
              <w:t>Nav slēgts līdz pārbaudei</w:t>
            </w:r>
          </w:p>
        </w:tc>
      </w:tr>
      <w:tr w:rsidR="00FB4EFB" w14:paraId="28FF1050" w14:textId="77777777" w:rsidTr="0092033E">
        <w:trPr>
          <w:jc w:val="center"/>
        </w:trPr>
        <w:tc>
          <w:tcPr>
            <w:tcW w:w="1587" w:type="dxa"/>
            <w:shd w:val="clear" w:color="auto" w:fill="FFFFFF"/>
            <w:tcMar>
              <w:top w:w="90" w:type="dxa"/>
              <w:left w:w="90" w:type="dxa"/>
              <w:bottom w:w="90" w:type="dxa"/>
              <w:right w:w="90" w:type="dxa"/>
            </w:tcMar>
            <w:vAlign w:val="center"/>
          </w:tcPr>
          <w:p w14:paraId="6A81A21C" w14:textId="77777777" w:rsidR="00FB4EFB" w:rsidRDefault="00FB4EFB" w:rsidP="0092033E">
            <w:r>
              <w:rPr>
                <w:sz w:val="15"/>
              </w:rPr>
              <w:t>Iepakojums nav reciklējams vajadzīgajā līmenī</w:t>
            </w:r>
          </w:p>
        </w:tc>
        <w:tc>
          <w:tcPr>
            <w:tcW w:w="1871" w:type="dxa"/>
            <w:shd w:val="clear" w:color="auto" w:fill="FFFFFF"/>
            <w:tcMar>
              <w:top w:w="90" w:type="dxa"/>
              <w:left w:w="90" w:type="dxa"/>
              <w:bottom w:w="90" w:type="dxa"/>
              <w:right w:w="90" w:type="dxa"/>
            </w:tcMar>
            <w:vAlign w:val="center"/>
          </w:tcPr>
          <w:p w14:paraId="0A34FB5E" w14:textId="77777777" w:rsidR="00FB4EFB" w:rsidRDefault="00FB4EFB" w:rsidP="0092033E">
            <w:r>
              <w:rPr>
                <w:sz w:val="15"/>
              </w:rPr>
              <w:t>Lamināts vai līme traucē šķirošanu/reciklēšanu</w:t>
            </w:r>
          </w:p>
        </w:tc>
        <w:tc>
          <w:tcPr>
            <w:tcW w:w="1871" w:type="dxa"/>
            <w:shd w:val="clear" w:color="auto" w:fill="FFFFFF"/>
            <w:tcMar>
              <w:top w:w="90" w:type="dxa"/>
              <w:left w:w="90" w:type="dxa"/>
              <w:bottom w:w="90" w:type="dxa"/>
              <w:right w:w="90" w:type="dxa"/>
            </w:tcMar>
            <w:vAlign w:val="center"/>
          </w:tcPr>
          <w:p w14:paraId="2D9C0DE8" w14:textId="77777777" w:rsidR="00FB4EFB" w:rsidRDefault="00FB4EFB" w:rsidP="0092033E">
            <w:r>
              <w:rPr>
                <w:sz w:val="15"/>
              </w:rPr>
              <w:t>Neatbilstība 6. pantam</w:t>
            </w:r>
          </w:p>
        </w:tc>
        <w:tc>
          <w:tcPr>
            <w:tcW w:w="2835" w:type="dxa"/>
            <w:shd w:val="clear" w:color="auto" w:fill="FFFFFF"/>
            <w:tcMar>
              <w:top w:w="90" w:type="dxa"/>
              <w:left w:w="90" w:type="dxa"/>
              <w:bottom w:w="90" w:type="dxa"/>
              <w:right w:w="90" w:type="dxa"/>
            </w:tcMar>
            <w:vAlign w:val="center"/>
          </w:tcPr>
          <w:p w14:paraId="56CE3F11" w14:textId="77777777" w:rsidR="00FB4EFB" w:rsidRDefault="00FB4EFB" w:rsidP="0092033E">
            <w:r>
              <w:rPr>
                <w:sz w:val="15"/>
              </w:rPr>
              <w:t>Reciklēšanai piemērota dizaina novērtējums un laboratorijas/pilotprojekta pierādījumi</w:t>
            </w:r>
          </w:p>
        </w:tc>
        <w:tc>
          <w:tcPr>
            <w:tcW w:w="1417" w:type="dxa"/>
            <w:shd w:val="clear" w:color="auto" w:fill="FFFFFF"/>
            <w:tcMar>
              <w:top w:w="90" w:type="dxa"/>
              <w:left w:w="90" w:type="dxa"/>
              <w:bottom w:w="90" w:type="dxa"/>
              <w:right w:w="90" w:type="dxa"/>
            </w:tcMar>
            <w:vAlign w:val="center"/>
          </w:tcPr>
          <w:p w14:paraId="41565B73" w14:textId="77777777" w:rsidR="00FB4EFB" w:rsidRDefault="00FB4EFB" w:rsidP="0092033E">
            <w:r>
              <w:rPr>
                <w:sz w:val="15"/>
              </w:rPr>
              <w:t>Nav slēgts līdz pārbaudei</w:t>
            </w:r>
          </w:p>
        </w:tc>
      </w:tr>
      <w:tr w:rsidR="00FB4EFB" w14:paraId="1D9C91E5" w14:textId="77777777" w:rsidTr="0092033E">
        <w:trPr>
          <w:jc w:val="center"/>
        </w:trPr>
        <w:tc>
          <w:tcPr>
            <w:tcW w:w="1587" w:type="dxa"/>
            <w:shd w:val="clear" w:color="auto" w:fill="F4F7FA"/>
            <w:tcMar>
              <w:top w:w="90" w:type="dxa"/>
              <w:left w:w="90" w:type="dxa"/>
              <w:bottom w:w="90" w:type="dxa"/>
              <w:right w:w="90" w:type="dxa"/>
            </w:tcMar>
            <w:vAlign w:val="center"/>
          </w:tcPr>
          <w:p w14:paraId="5C21961E" w14:textId="77777777" w:rsidR="00FB4EFB" w:rsidRDefault="00FB4EFB" w:rsidP="0092033E">
            <w:r>
              <w:rPr>
                <w:sz w:val="15"/>
              </w:rPr>
              <w:t>Pārmērīga iepakojuma masa vai tilpums</w:t>
            </w:r>
          </w:p>
        </w:tc>
        <w:tc>
          <w:tcPr>
            <w:tcW w:w="1871" w:type="dxa"/>
            <w:shd w:val="clear" w:color="auto" w:fill="F4F7FA"/>
            <w:tcMar>
              <w:top w:w="90" w:type="dxa"/>
              <w:left w:w="90" w:type="dxa"/>
              <w:bottom w:w="90" w:type="dxa"/>
              <w:right w:w="90" w:type="dxa"/>
            </w:tcMar>
            <w:vAlign w:val="center"/>
          </w:tcPr>
          <w:p w14:paraId="0F88DA90" w14:textId="77777777" w:rsidR="00FB4EFB" w:rsidRDefault="00FB4EFB" w:rsidP="0092033E">
            <w:r>
              <w:rPr>
                <w:sz w:val="15"/>
              </w:rPr>
              <w:t>Pārmērīgi noteikts kartona biezums vai kārbas izmēri</w:t>
            </w:r>
          </w:p>
        </w:tc>
        <w:tc>
          <w:tcPr>
            <w:tcW w:w="1871" w:type="dxa"/>
            <w:shd w:val="clear" w:color="auto" w:fill="F4F7FA"/>
            <w:tcMar>
              <w:top w:w="90" w:type="dxa"/>
              <w:left w:w="90" w:type="dxa"/>
              <w:bottom w:w="90" w:type="dxa"/>
              <w:right w:w="90" w:type="dxa"/>
            </w:tcMar>
            <w:vAlign w:val="center"/>
          </w:tcPr>
          <w:p w14:paraId="10357BBD" w14:textId="77777777" w:rsidR="00FB4EFB" w:rsidRDefault="00FB4EFB" w:rsidP="0092033E">
            <w:r>
              <w:rPr>
                <w:sz w:val="15"/>
              </w:rPr>
              <w:t>Neatbilstība 10. pantam</w:t>
            </w:r>
          </w:p>
        </w:tc>
        <w:tc>
          <w:tcPr>
            <w:tcW w:w="2835" w:type="dxa"/>
            <w:shd w:val="clear" w:color="auto" w:fill="F4F7FA"/>
            <w:tcMar>
              <w:top w:w="90" w:type="dxa"/>
              <w:left w:w="90" w:type="dxa"/>
              <w:bottom w:w="90" w:type="dxa"/>
              <w:right w:w="90" w:type="dxa"/>
            </w:tcMar>
            <w:vAlign w:val="center"/>
          </w:tcPr>
          <w:p w14:paraId="6ED8C8B1" w14:textId="77777777" w:rsidR="00FB4EFB" w:rsidRDefault="00FB4EFB" w:rsidP="0092033E">
            <w:r>
              <w:rPr>
                <w:sz w:val="15"/>
              </w:rPr>
              <w:t xml:space="preserve">Dokumentēts minimizēšanas </w:t>
            </w:r>
            <w:proofErr w:type="spellStart"/>
            <w:r>
              <w:rPr>
                <w:sz w:val="15"/>
              </w:rPr>
              <w:t>novērtējums</w:t>
            </w:r>
            <w:proofErr w:type="spellEnd"/>
            <w:r>
              <w:rPr>
                <w:sz w:val="15"/>
              </w:rPr>
              <w:t xml:space="preserve"> un </w:t>
            </w:r>
            <w:proofErr w:type="spellStart"/>
            <w:r>
              <w:rPr>
                <w:sz w:val="15"/>
              </w:rPr>
              <w:t>funkcionālie</w:t>
            </w:r>
            <w:proofErr w:type="spellEnd"/>
            <w:r>
              <w:rPr>
                <w:sz w:val="15"/>
              </w:rPr>
              <w:t xml:space="preserve"> </w:t>
            </w:r>
            <w:proofErr w:type="spellStart"/>
            <w:r>
              <w:rPr>
                <w:sz w:val="15"/>
              </w:rPr>
              <w:t>testi</w:t>
            </w:r>
            <w:proofErr w:type="spellEnd"/>
          </w:p>
        </w:tc>
        <w:tc>
          <w:tcPr>
            <w:tcW w:w="1417" w:type="dxa"/>
            <w:shd w:val="clear" w:color="auto" w:fill="F4F7FA"/>
            <w:tcMar>
              <w:top w:w="90" w:type="dxa"/>
              <w:left w:w="90" w:type="dxa"/>
              <w:bottom w:w="90" w:type="dxa"/>
              <w:right w:w="90" w:type="dxa"/>
            </w:tcMar>
            <w:vAlign w:val="center"/>
          </w:tcPr>
          <w:p w14:paraId="0D980FA3" w14:textId="77777777" w:rsidR="00FB4EFB" w:rsidRDefault="00FB4EFB" w:rsidP="0092033E">
            <w:r>
              <w:rPr>
                <w:sz w:val="15"/>
              </w:rPr>
              <w:t>Nav slēgts līdz pārbaudei</w:t>
            </w:r>
          </w:p>
        </w:tc>
      </w:tr>
      <w:tr w:rsidR="00FB4EFB" w14:paraId="052320B3" w14:textId="77777777" w:rsidTr="0092033E">
        <w:trPr>
          <w:jc w:val="center"/>
        </w:trPr>
        <w:tc>
          <w:tcPr>
            <w:tcW w:w="1587" w:type="dxa"/>
            <w:shd w:val="clear" w:color="auto" w:fill="FFFFFF"/>
            <w:tcMar>
              <w:top w:w="90" w:type="dxa"/>
              <w:left w:w="90" w:type="dxa"/>
              <w:bottom w:w="90" w:type="dxa"/>
              <w:right w:w="90" w:type="dxa"/>
            </w:tcMar>
            <w:vAlign w:val="center"/>
          </w:tcPr>
          <w:p w14:paraId="1A95C214" w14:textId="77777777" w:rsidR="00FB4EFB" w:rsidRDefault="00FB4EFB" w:rsidP="0092033E">
            <w:r>
              <w:rPr>
                <w:sz w:val="15"/>
              </w:rPr>
              <w:t>Nepietiekams iepakojuma sniegums</w:t>
            </w:r>
          </w:p>
        </w:tc>
        <w:tc>
          <w:tcPr>
            <w:tcW w:w="1871" w:type="dxa"/>
            <w:shd w:val="clear" w:color="auto" w:fill="FFFFFF"/>
            <w:tcMar>
              <w:top w:w="90" w:type="dxa"/>
              <w:left w:w="90" w:type="dxa"/>
              <w:bottom w:w="90" w:type="dxa"/>
              <w:right w:w="90" w:type="dxa"/>
            </w:tcMar>
            <w:vAlign w:val="center"/>
          </w:tcPr>
          <w:p w14:paraId="7E434278" w14:textId="77777777" w:rsidR="00FB4EFB" w:rsidRDefault="00FB4EFB" w:rsidP="0092033E">
            <w:r>
              <w:rPr>
                <w:sz w:val="15"/>
              </w:rPr>
              <w:t>Neatbilstoša kartona klase vai līmējuma bojājums</w:t>
            </w:r>
          </w:p>
        </w:tc>
        <w:tc>
          <w:tcPr>
            <w:tcW w:w="1871" w:type="dxa"/>
            <w:shd w:val="clear" w:color="auto" w:fill="FFFFFF"/>
            <w:tcMar>
              <w:top w:w="90" w:type="dxa"/>
              <w:left w:w="90" w:type="dxa"/>
              <w:bottom w:w="90" w:type="dxa"/>
              <w:right w:w="90" w:type="dxa"/>
            </w:tcMar>
            <w:vAlign w:val="center"/>
          </w:tcPr>
          <w:p w14:paraId="7559E130" w14:textId="77777777" w:rsidR="00FB4EFB" w:rsidRDefault="00FB4EFB" w:rsidP="0092033E">
            <w:r>
              <w:rPr>
                <w:sz w:val="15"/>
              </w:rPr>
              <w:t>Bojājumi vai pārtikas zudumi izplatīšanas laikā</w:t>
            </w:r>
          </w:p>
        </w:tc>
        <w:tc>
          <w:tcPr>
            <w:tcW w:w="2835" w:type="dxa"/>
            <w:shd w:val="clear" w:color="auto" w:fill="FFFFFF"/>
            <w:tcMar>
              <w:top w:w="90" w:type="dxa"/>
              <w:left w:w="90" w:type="dxa"/>
              <w:bottom w:w="90" w:type="dxa"/>
              <w:right w:w="90" w:type="dxa"/>
            </w:tcMar>
            <w:vAlign w:val="center"/>
          </w:tcPr>
          <w:p w14:paraId="1420E859" w14:textId="77777777" w:rsidR="00FB4EFB" w:rsidRDefault="00FB4EFB" w:rsidP="0092033E">
            <w:r>
              <w:rPr>
                <w:sz w:val="15"/>
              </w:rPr>
              <w:t>Saspiešanas, krišanas un noslēguma testi noteiktos apstākļos</w:t>
            </w:r>
          </w:p>
        </w:tc>
        <w:tc>
          <w:tcPr>
            <w:tcW w:w="1417" w:type="dxa"/>
            <w:shd w:val="clear" w:color="auto" w:fill="FFFFFF"/>
            <w:tcMar>
              <w:top w:w="90" w:type="dxa"/>
              <w:left w:w="90" w:type="dxa"/>
              <w:bottom w:w="90" w:type="dxa"/>
              <w:right w:w="90" w:type="dxa"/>
            </w:tcMar>
            <w:vAlign w:val="center"/>
          </w:tcPr>
          <w:p w14:paraId="4D7E6630" w14:textId="77777777" w:rsidR="00FB4EFB" w:rsidRDefault="00FB4EFB" w:rsidP="0092033E">
            <w:r>
              <w:rPr>
                <w:sz w:val="15"/>
              </w:rPr>
              <w:t>Nav slēgts līdz pārbaudei</w:t>
            </w:r>
          </w:p>
        </w:tc>
      </w:tr>
      <w:tr w:rsidR="00FB4EFB" w14:paraId="7FB37F8B" w14:textId="77777777" w:rsidTr="0092033E">
        <w:trPr>
          <w:jc w:val="center"/>
        </w:trPr>
        <w:tc>
          <w:tcPr>
            <w:tcW w:w="1587" w:type="dxa"/>
            <w:shd w:val="clear" w:color="auto" w:fill="F4F7FA"/>
            <w:tcMar>
              <w:top w:w="90" w:type="dxa"/>
              <w:left w:w="90" w:type="dxa"/>
              <w:bottom w:w="90" w:type="dxa"/>
              <w:right w:w="90" w:type="dxa"/>
            </w:tcMar>
            <w:vAlign w:val="center"/>
          </w:tcPr>
          <w:p w14:paraId="2FAA1DAA" w14:textId="77777777" w:rsidR="00FB4EFB" w:rsidRDefault="00FB4EFB" w:rsidP="0092033E">
            <w:r>
              <w:rPr>
                <w:sz w:val="15"/>
              </w:rPr>
              <w:t>Nepareizs vai maldinošs marķējums</w:t>
            </w:r>
          </w:p>
        </w:tc>
        <w:tc>
          <w:tcPr>
            <w:tcW w:w="1871" w:type="dxa"/>
            <w:shd w:val="clear" w:color="auto" w:fill="F4F7FA"/>
            <w:tcMar>
              <w:top w:w="90" w:type="dxa"/>
              <w:left w:w="90" w:type="dxa"/>
              <w:bottom w:w="90" w:type="dxa"/>
              <w:right w:w="90" w:type="dxa"/>
            </w:tcMar>
            <w:vAlign w:val="center"/>
          </w:tcPr>
          <w:p w14:paraId="2C40C3CC" w14:textId="77777777" w:rsidR="00FB4EFB" w:rsidRDefault="00FB4EFB" w:rsidP="0092033E">
            <w:r>
              <w:rPr>
                <w:sz w:val="15"/>
              </w:rPr>
              <w:t>Novecojis makets vai nepamatots vidiskais apgalvojums</w:t>
            </w:r>
          </w:p>
        </w:tc>
        <w:tc>
          <w:tcPr>
            <w:tcW w:w="1871" w:type="dxa"/>
            <w:shd w:val="clear" w:color="auto" w:fill="F4F7FA"/>
            <w:tcMar>
              <w:top w:w="90" w:type="dxa"/>
              <w:left w:w="90" w:type="dxa"/>
              <w:bottom w:w="90" w:type="dxa"/>
              <w:right w:w="90" w:type="dxa"/>
            </w:tcMar>
            <w:vAlign w:val="center"/>
          </w:tcPr>
          <w:p w14:paraId="4BA4360F" w14:textId="77777777" w:rsidR="00FB4EFB" w:rsidRPr="000C0554" w:rsidRDefault="00FB4EFB" w:rsidP="0092033E">
            <w:pPr>
              <w:rPr>
                <w:lang w:val="sv-SE"/>
              </w:rPr>
            </w:pPr>
            <w:r w:rsidRPr="000C0554">
              <w:rPr>
                <w:sz w:val="15"/>
                <w:lang w:val="sv-SE"/>
              </w:rPr>
              <w:t>Bažas par atbilstību 12. vai 14. pantam</w:t>
            </w:r>
          </w:p>
        </w:tc>
        <w:tc>
          <w:tcPr>
            <w:tcW w:w="2835" w:type="dxa"/>
            <w:shd w:val="clear" w:color="auto" w:fill="F4F7FA"/>
            <w:tcMar>
              <w:top w:w="90" w:type="dxa"/>
              <w:left w:w="90" w:type="dxa"/>
              <w:bottom w:w="90" w:type="dxa"/>
              <w:right w:w="90" w:type="dxa"/>
            </w:tcMar>
            <w:vAlign w:val="center"/>
          </w:tcPr>
          <w:p w14:paraId="75BACC31" w14:textId="77777777" w:rsidR="00FB4EFB" w:rsidRPr="000C0554" w:rsidRDefault="00FB4EFB" w:rsidP="0092033E">
            <w:pPr>
              <w:rPr>
                <w:lang w:val="sv-SE"/>
              </w:rPr>
            </w:pPr>
            <w:r w:rsidRPr="000C0554">
              <w:rPr>
                <w:sz w:val="15"/>
                <w:lang w:val="sv-SE"/>
              </w:rPr>
              <w:t>Maketa apstiprināšana un apgalvojumu pārbaude</w:t>
            </w:r>
          </w:p>
        </w:tc>
        <w:tc>
          <w:tcPr>
            <w:tcW w:w="1417" w:type="dxa"/>
            <w:shd w:val="clear" w:color="auto" w:fill="F4F7FA"/>
            <w:tcMar>
              <w:top w:w="90" w:type="dxa"/>
              <w:left w:w="90" w:type="dxa"/>
              <w:bottom w:w="90" w:type="dxa"/>
              <w:right w:w="90" w:type="dxa"/>
            </w:tcMar>
            <w:vAlign w:val="center"/>
          </w:tcPr>
          <w:p w14:paraId="1A385F7A" w14:textId="77777777" w:rsidR="00FB4EFB" w:rsidRDefault="00FB4EFB" w:rsidP="0092033E">
            <w:r>
              <w:rPr>
                <w:sz w:val="15"/>
              </w:rPr>
              <w:t xml:space="preserve">Nav </w:t>
            </w:r>
            <w:proofErr w:type="spellStart"/>
            <w:r>
              <w:rPr>
                <w:sz w:val="15"/>
              </w:rPr>
              <w:t>slēgts</w:t>
            </w:r>
            <w:proofErr w:type="spellEnd"/>
            <w:r>
              <w:rPr>
                <w:sz w:val="15"/>
              </w:rPr>
              <w:t xml:space="preserve"> </w:t>
            </w:r>
            <w:proofErr w:type="spellStart"/>
            <w:r>
              <w:rPr>
                <w:sz w:val="15"/>
              </w:rPr>
              <w:t>līdz</w:t>
            </w:r>
            <w:proofErr w:type="spellEnd"/>
            <w:r>
              <w:rPr>
                <w:sz w:val="15"/>
              </w:rPr>
              <w:t xml:space="preserve"> </w:t>
            </w:r>
            <w:proofErr w:type="spellStart"/>
            <w:r>
              <w:rPr>
                <w:sz w:val="15"/>
              </w:rPr>
              <w:t>pārbaudei</w:t>
            </w:r>
            <w:proofErr w:type="spellEnd"/>
          </w:p>
        </w:tc>
      </w:tr>
      <w:tr w:rsidR="00FB4EFB" w14:paraId="3D9E2402" w14:textId="77777777" w:rsidTr="0092033E">
        <w:trPr>
          <w:jc w:val="center"/>
        </w:trPr>
        <w:tc>
          <w:tcPr>
            <w:tcW w:w="1587" w:type="dxa"/>
            <w:shd w:val="clear" w:color="auto" w:fill="FFFFFF"/>
            <w:tcMar>
              <w:top w:w="90" w:type="dxa"/>
              <w:left w:w="90" w:type="dxa"/>
              <w:bottom w:w="90" w:type="dxa"/>
              <w:right w:w="90" w:type="dxa"/>
            </w:tcMar>
            <w:vAlign w:val="center"/>
          </w:tcPr>
          <w:p w14:paraId="2430E87D" w14:textId="77777777" w:rsidR="00FB4EFB" w:rsidRDefault="00FB4EFB" w:rsidP="0092033E">
            <w:r>
              <w:rPr>
                <w:sz w:val="15"/>
              </w:rPr>
              <w:t>Ražošanas procesa novirze</w:t>
            </w:r>
          </w:p>
        </w:tc>
        <w:tc>
          <w:tcPr>
            <w:tcW w:w="1871" w:type="dxa"/>
            <w:shd w:val="clear" w:color="auto" w:fill="FFFFFF"/>
            <w:tcMar>
              <w:top w:w="90" w:type="dxa"/>
              <w:left w:w="90" w:type="dxa"/>
              <w:bottom w:w="90" w:type="dxa"/>
              <w:right w:w="90" w:type="dxa"/>
            </w:tcMar>
            <w:vAlign w:val="center"/>
          </w:tcPr>
          <w:p w14:paraId="0353D9F5" w14:textId="77777777" w:rsidR="00FB4EFB" w:rsidRPr="000C0554" w:rsidRDefault="00FB4EFB" w:rsidP="0092033E">
            <w:pPr>
              <w:rPr>
                <w:lang w:val="sv-SE"/>
              </w:rPr>
            </w:pPr>
            <w:r w:rsidRPr="000C0554">
              <w:rPr>
                <w:sz w:val="15"/>
                <w:lang w:val="sv-SE"/>
              </w:rPr>
              <w:t>Nekontrolētas materiāla vai procesa izmaiņas</w:t>
            </w:r>
          </w:p>
        </w:tc>
        <w:tc>
          <w:tcPr>
            <w:tcW w:w="1871" w:type="dxa"/>
            <w:shd w:val="clear" w:color="auto" w:fill="FFFFFF"/>
            <w:tcMar>
              <w:top w:w="90" w:type="dxa"/>
              <w:left w:w="90" w:type="dxa"/>
              <w:bottom w:w="90" w:type="dxa"/>
              <w:right w:w="90" w:type="dxa"/>
            </w:tcMar>
            <w:vAlign w:val="center"/>
          </w:tcPr>
          <w:p w14:paraId="42DD379D" w14:textId="77777777" w:rsidR="00FB4EFB" w:rsidRPr="000C0554" w:rsidRDefault="00FB4EFB" w:rsidP="0092033E">
            <w:pPr>
              <w:rPr>
                <w:lang w:val="sv-SE"/>
              </w:rPr>
            </w:pPr>
            <w:r w:rsidRPr="000C0554">
              <w:rPr>
                <w:sz w:val="15"/>
                <w:lang w:val="sv-SE"/>
              </w:rPr>
              <w:t>Sērijveida ražojums vairs neatbilst dokumentācijai</w:t>
            </w:r>
          </w:p>
        </w:tc>
        <w:tc>
          <w:tcPr>
            <w:tcW w:w="2835" w:type="dxa"/>
            <w:shd w:val="clear" w:color="auto" w:fill="FFFFFF"/>
            <w:tcMar>
              <w:top w:w="90" w:type="dxa"/>
              <w:left w:w="90" w:type="dxa"/>
              <w:bottom w:w="90" w:type="dxa"/>
              <w:right w:w="90" w:type="dxa"/>
            </w:tcMar>
            <w:vAlign w:val="center"/>
          </w:tcPr>
          <w:p w14:paraId="3BAB50F0" w14:textId="77777777" w:rsidR="00FB4EFB" w:rsidRDefault="00FB4EFB" w:rsidP="0092033E">
            <w:proofErr w:type="spellStart"/>
            <w:r>
              <w:rPr>
                <w:sz w:val="15"/>
              </w:rPr>
              <w:t>Ienākošā</w:t>
            </w:r>
            <w:proofErr w:type="spellEnd"/>
            <w:r>
              <w:rPr>
                <w:sz w:val="15"/>
              </w:rPr>
              <w:t xml:space="preserve"> </w:t>
            </w:r>
            <w:proofErr w:type="spellStart"/>
            <w:r>
              <w:rPr>
                <w:sz w:val="15"/>
              </w:rPr>
              <w:t>kontrole</w:t>
            </w:r>
            <w:proofErr w:type="spellEnd"/>
            <w:r>
              <w:rPr>
                <w:sz w:val="15"/>
              </w:rPr>
              <w:t xml:space="preserve">, </w:t>
            </w:r>
            <w:proofErr w:type="spellStart"/>
            <w:r>
              <w:rPr>
                <w:sz w:val="15"/>
              </w:rPr>
              <w:t>procesa</w:t>
            </w:r>
            <w:proofErr w:type="spellEnd"/>
            <w:r>
              <w:rPr>
                <w:sz w:val="15"/>
              </w:rPr>
              <w:t xml:space="preserve"> </w:t>
            </w:r>
            <w:proofErr w:type="spellStart"/>
            <w:r>
              <w:rPr>
                <w:sz w:val="15"/>
              </w:rPr>
              <w:t>pārbaudes</w:t>
            </w:r>
            <w:proofErr w:type="spellEnd"/>
            <w:r>
              <w:rPr>
                <w:sz w:val="15"/>
              </w:rPr>
              <w:t xml:space="preserve"> un izmaiņu kontrole</w:t>
            </w:r>
          </w:p>
        </w:tc>
        <w:tc>
          <w:tcPr>
            <w:tcW w:w="1417" w:type="dxa"/>
            <w:shd w:val="clear" w:color="auto" w:fill="FFFFFF"/>
            <w:tcMar>
              <w:top w:w="90" w:type="dxa"/>
              <w:left w:w="90" w:type="dxa"/>
              <w:bottom w:w="90" w:type="dxa"/>
              <w:right w:w="90" w:type="dxa"/>
            </w:tcMar>
            <w:vAlign w:val="center"/>
          </w:tcPr>
          <w:p w14:paraId="364CDBEF" w14:textId="77777777" w:rsidR="00FB4EFB" w:rsidRDefault="00FB4EFB" w:rsidP="0092033E">
            <w:r>
              <w:rPr>
                <w:sz w:val="15"/>
              </w:rPr>
              <w:t>Kontrolēts ar procedūru</w:t>
            </w:r>
          </w:p>
        </w:tc>
      </w:tr>
    </w:tbl>
    <w:p w14:paraId="61FACAF2" w14:textId="0F5DAB32" w:rsidR="00FB4EFB" w:rsidRPr="000C0554" w:rsidRDefault="00FB4EFB" w:rsidP="000C0554">
      <w:pPr>
        <w:pStyle w:val="Virsraksts1"/>
        <w:rPr>
          <w:lang w:val="sv-SE"/>
        </w:rPr>
      </w:pPr>
      <w:r w:rsidRPr="000C0554">
        <w:rPr>
          <w:lang w:val="sv-SE"/>
        </w:rPr>
        <w:t>6. Standarti, kopīgās specifikācijas un citas tehniskās specifikācijas</w:t>
      </w:r>
    </w:p>
    <w:tbl>
      <w:tblPr>
        <w:tblW w:w="10058" w:type="dxa"/>
        <w:jc w:val="center"/>
        <w:tblLayout w:type="fixed"/>
        <w:tblLook w:val="04A0" w:firstRow="1" w:lastRow="0" w:firstColumn="1" w:lastColumn="0" w:noHBand="0" w:noVBand="1"/>
      </w:tblPr>
      <w:tblGrid>
        <w:gridCol w:w="2493"/>
        <w:gridCol w:w="4082"/>
        <w:gridCol w:w="1733"/>
        <w:gridCol w:w="1750"/>
      </w:tblGrid>
      <w:tr w:rsidR="00FB4EFB" w14:paraId="6A90FB5A" w14:textId="77777777" w:rsidTr="0092033E">
        <w:trPr>
          <w:jc w:val="center"/>
        </w:trPr>
        <w:tc>
          <w:tcPr>
            <w:tcW w:w="2493" w:type="dxa"/>
            <w:shd w:val="clear" w:color="auto" w:fill="1F4E79"/>
            <w:tcMar>
              <w:top w:w="90" w:type="dxa"/>
              <w:left w:w="90" w:type="dxa"/>
              <w:bottom w:w="90" w:type="dxa"/>
              <w:right w:w="90" w:type="dxa"/>
            </w:tcMar>
            <w:vAlign w:val="center"/>
          </w:tcPr>
          <w:p w14:paraId="6D48A152" w14:textId="77777777" w:rsidR="00FB4EFB" w:rsidRDefault="00FB4EFB" w:rsidP="0092033E">
            <w:proofErr w:type="spellStart"/>
            <w:r>
              <w:rPr>
                <w:b/>
                <w:color w:val="FFFFFF"/>
                <w:sz w:val="17"/>
              </w:rPr>
              <w:t>Atsauce</w:t>
            </w:r>
            <w:proofErr w:type="spellEnd"/>
          </w:p>
        </w:tc>
        <w:tc>
          <w:tcPr>
            <w:tcW w:w="4082" w:type="dxa"/>
            <w:shd w:val="clear" w:color="auto" w:fill="1F4E79"/>
            <w:tcMar>
              <w:top w:w="90" w:type="dxa"/>
              <w:left w:w="90" w:type="dxa"/>
              <w:bottom w:w="90" w:type="dxa"/>
              <w:right w:w="90" w:type="dxa"/>
            </w:tcMar>
            <w:vAlign w:val="center"/>
          </w:tcPr>
          <w:p w14:paraId="1661A6DA" w14:textId="77777777" w:rsidR="00FB4EFB" w:rsidRDefault="00FB4EFB" w:rsidP="0092033E">
            <w:r>
              <w:rPr>
                <w:b/>
                <w:color w:val="FFFFFF"/>
                <w:sz w:val="17"/>
              </w:rPr>
              <w:t>Nosaukums / mērķis</w:t>
            </w:r>
          </w:p>
        </w:tc>
        <w:tc>
          <w:tcPr>
            <w:tcW w:w="1733" w:type="dxa"/>
            <w:shd w:val="clear" w:color="auto" w:fill="1F4E79"/>
            <w:tcMar>
              <w:top w:w="90" w:type="dxa"/>
              <w:left w:w="90" w:type="dxa"/>
              <w:bottom w:w="90" w:type="dxa"/>
              <w:right w:w="90" w:type="dxa"/>
            </w:tcMar>
            <w:vAlign w:val="center"/>
          </w:tcPr>
          <w:p w14:paraId="3B4AA794" w14:textId="77777777" w:rsidR="00FB4EFB" w:rsidRDefault="00FB4EFB" w:rsidP="0092033E">
            <w:r>
              <w:rPr>
                <w:b/>
                <w:color w:val="FFFFFF"/>
                <w:sz w:val="17"/>
              </w:rPr>
              <w:t>Redakcija</w:t>
            </w:r>
          </w:p>
        </w:tc>
        <w:tc>
          <w:tcPr>
            <w:tcW w:w="1750" w:type="dxa"/>
            <w:shd w:val="clear" w:color="auto" w:fill="1F4E79"/>
            <w:tcMar>
              <w:top w:w="90" w:type="dxa"/>
              <w:left w:w="90" w:type="dxa"/>
              <w:bottom w:w="90" w:type="dxa"/>
              <w:right w:w="90" w:type="dxa"/>
            </w:tcMar>
            <w:vAlign w:val="center"/>
          </w:tcPr>
          <w:p w14:paraId="3A0B9CF3" w14:textId="77777777" w:rsidR="00FB4EFB" w:rsidRDefault="00FB4EFB" w:rsidP="0092033E">
            <w:r>
              <w:rPr>
                <w:b/>
                <w:color w:val="FFFFFF"/>
                <w:sz w:val="17"/>
              </w:rPr>
              <w:t>Statuss</w:t>
            </w:r>
          </w:p>
        </w:tc>
      </w:tr>
      <w:tr w:rsidR="00FB4EFB" w14:paraId="342F7CBF" w14:textId="77777777" w:rsidTr="0092033E">
        <w:trPr>
          <w:jc w:val="center"/>
        </w:trPr>
        <w:tc>
          <w:tcPr>
            <w:tcW w:w="2493" w:type="dxa"/>
            <w:shd w:val="clear" w:color="auto" w:fill="F4F7FA"/>
            <w:tcMar>
              <w:top w:w="90" w:type="dxa"/>
              <w:left w:w="90" w:type="dxa"/>
              <w:bottom w:w="90" w:type="dxa"/>
              <w:right w:w="90" w:type="dxa"/>
            </w:tcMar>
            <w:vAlign w:val="center"/>
          </w:tcPr>
          <w:p w14:paraId="5707AD2C" w14:textId="77777777" w:rsidR="00FB4EFB" w:rsidRDefault="00FB4EFB" w:rsidP="0092033E">
            <w:r>
              <w:rPr>
                <w:sz w:val="17"/>
              </w:rPr>
              <w:t>SPEC-BCC-LC-250-01</w:t>
            </w:r>
          </w:p>
        </w:tc>
        <w:tc>
          <w:tcPr>
            <w:tcW w:w="4082" w:type="dxa"/>
            <w:shd w:val="clear" w:color="auto" w:fill="F4F7FA"/>
            <w:tcMar>
              <w:top w:w="90" w:type="dxa"/>
              <w:left w:w="90" w:type="dxa"/>
              <w:bottom w:w="90" w:type="dxa"/>
              <w:right w:w="90" w:type="dxa"/>
            </w:tcMar>
            <w:vAlign w:val="center"/>
          </w:tcPr>
          <w:p w14:paraId="5C8B4607" w14:textId="77777777" w:rsidR="00FB4EFB" w:rsidRPr="000C0554" w:rsidRDefault="00FB4EFB" w:rsidP="0092033E">
            <w:pPr>
              <w:rPr>
                <w:lang w:val="sv-SE"/>
              </w:rPr>
            </w:pPr>
            <w:r w:rsidRPr="000C0554">
              <w:rPr>
                <w:sz w:val="17"/>
                <w:lang w:val="sv-SE"/>
              </w:rPr>
              <w:t>Iepakojuma materiāla un konstrukcijas specifikācija</w:t>
            </w:r>
          </w:p>
        </w:tc>
        <w:tc>
          <w:tcPr>
            <w:tcW w:w="1733" w:type="dxa"/>
            <w:shd w:val="clear" w:color="auto" w:fill="F4F7FA"/>
            <w:tcMar>
              <w:top w:w="90" w:type="dxa"/>
              <w:left w:w="90" w:type="dxa"/>
              <w:bottom w:w="90" w:type="dxa"/>
              <w:right w:w="90" w:type="dxa"/>
            </w:tcMar>
            <w:vAlign w:val="center"/>
          </w:tcPr>
          <w:p w14:paraId="660A5A99" w14:textId="77777777" w:rsidR="00FB4EFB" w:rsidRDefault="00FB4EFB" w:rsidP="0092033E">
            <w:r>
              <w:rPr>
                <w:sz w:val="17"/>
              </w:rPr>
              <w:t>1</w:t>
            </w:r>
          </w:p>
        </w:tc>
        <w:tc>
          <w:tcPr>
            <w:tcW w:w="1750" w:type="dxa"/>
            <w:shd w:val="clear" w:color="auto" w:fill="F4F7FA"/>
            <w:tcMar>
              <w:top w:w="90" w:type="dxa"/>
              <w:left w:w="90" w:type="dxa"/>
              <w:bottom w:w="90" w:type="dxa"/>
              <w:right w:w="90" w:type="dxa"/>
            </w:tcMar>
            <w:vAlign w:val="center"/>
          </w:tcPr>
          <w:p w14:paraId="36429A8A" w14:textId="77777777" w:rsidR="00FB4EFB" w:rsidRDefault="00FB4EFB" w:rsidP="0092033E">
            <w:r>
              <w:rPr>
                <w:sz w:val="17"/>
              </w:rPr>
              <w:t>Tikai paraugs</w:t>
            </w:r>
          </w:p>
        </w:tc>
      </w:tr>
      <w:tr w:rsidR="00FB4EFB" w14:paraId="21E86811" w14:textId="77777777" w:rsidTr="0092033E">
        <w:trPr>
          <w:jc w:val="center"/>
        </w:trPr>
        <w:tc>
          <w:tcPr>
            <w:tcW w:w="2493" w:type="dxa"/>
            <w:shd w:val="clear" w:color="auto" w:fill="FFFFFF"/>
            <w:tcMar>
              <w:top w:w="90" w:type="dxa"/>
              <w:left w:w="90" w:type="dxa"/>
              <w:bottom w:w="90" w:type="dxa"/>
              <w:right w:w="90" w:type="dxa"/>
            </w:tcMar>
            <w:vAlign w:val="center"/>
          </w:tcPr>
          <w:p w14:paraId="1CD17259" w14:textId="77777777" w:rsidR="00FB4EFB" w:rsidRDefault="00FB4EFB" w:rsidP="0092033E">
            <w:r>
              <w:rPr>
                <w:sz w:val="17"/>
              </w:rPr>
              <w:t>DWG-BCC-LC-250-01</w:t>
            </w:r>
          </w:p>
        </w:tc>
        <w:tc>
          <w:tcPr>
            <w:tcW w:w="4082" w:type="dxa"/>
            <w:shd w:val="clear" w:color="auto" w:fill="FFFFFF"/>
            <w:tcMar>
              <w:top w:w="90" w:type="dxa"/>
              <w:left w:w="90" w:type="dxa"/>
              <w:bottom w:w="90" w:type="dxa"/>
              <w:right w:w="90" w:type="dxa"/>
            </w:tcMar>
            <w:vAlign w:val="center"/>
          </w:tcPr>
          <w:p w14:paraId="2A1C7455" w14:textId="77777777" w:rsidR="00FB4EFB" w:rsidRDefault="00FB4EFB" w:rsidP="0092033E">
            <w:r>
              <w:rPr>
                <w:sz w:val="17"/>
              </w:rPr>
              <w:t xml:space="preserve">Kartona </w:t>
            </w:r>
            <w:proofErr w:type="spellStart"/>
            <w:r>
              <w:rPr>
                <w:sz w:val="17"/>
              </w:rPr>
              <w:t>izklājums</w:t>
            </w:r>
            <w:proofErr w:type="spellEnd"/>
            <w:r>
              <w:rPr>
                <w:sz w:val="17"/>
              </w:rPr>
              <w:t xml:space="preserve"> un </w:t>
            </w:r>
            <w:proofErr w:type="spellStart"/>
            <w:r>
              <w:rPr>
                <w:sz w:val="17"/>
              </w:rPr>
              <w:t>izgatavošanas</w:t>
            </w:r>
            <w:proofErr w:type="spellEnd"/>
            <w:r>
              <w:rPr>
                <w:sz w:val="17"/>
              </w:rPr>
              <w:t xml:space="preserve"> </w:t>
            </w:r>
            <w:proofErr w:type="spellStart"/>
            <w:r>
              <w:rPr>
                <w:sz w:val="17"/>
              </w:rPr>
              <w:t>rasējums</w:t>
            </w:r>
            <w:proofErr w:type="spellEnd"/>
          </w:p>
        </w:tc>
        <w:tc>
          <w:tcPr>
            <w:tcW w:w="1733" w:type="dxa"/>
            <w:shd w:val="clear" w:color="auto" w:fill="FFFFFF"/>
            <w:tcMar>
              <w:top w:w="90" w:type="dxa"/>
              <w:left w:w="90" w:type="dxa"/>
              <w:bottom w:w="90" w:type="dxa"/>
              <w:right w:w="90" w:type="dxa"/>
            </w:tcMar>
            <w:vAlign w:val="center"/>
          </w:tcPr>
          <w:p w14:paraId="20A7BCF8" w14:textId="77777777" w:rsidR="00FB4EFB" w:rsidRDefault="00FB4EFB" w:rsidP="0092033E">
            <w:r>
              <w:rPr>
                <w:sz w:val="17"/>
              </w:rPr>
              <w:t>1</w:t>
            </w:r>
          </w:p>
        </w:tc>
        <w:tc>
          <w:tcPr>
            <w:tcW w:w="1750" w:type="dxa"/>
            <w:shd w:val="clear" w:color="auto" w:fill="FFFFFF"/>
            <w:tcMar>
              <w:top w:w="90" w:type="dxa"/>
              <w:left w:w="90" w:type="dxa"/>
              <w:bottom w:w="90" w:type="dxa"/>
              <w:right w:w="90" w:type="dxa"/>
            </w:tcMar>
            <w:vAlign w:val="center"/>
          </w:tcPr>
          <w:p w14:paraId="5E0932A2" w14:textId="77777777" w:rsidR="00FB4EFB" w:rsidRDefault="00FB4EFB" w:rsidP="0092033E">
            <w:r>
              <w:rPr>
                <w:sz w:val="17"/>
              </w:rPr>
              <w:t>Tikai paraugs</w:t>
            </w:r>
          </w:p>
        </w:tc>
      </w:tr>
      <w:tr w:rsidR="00FB4EFB" w14:paraId="5870D3F4" w14:textId="77777777" w:rsidTr="0092033E">
        <w:trPr>
          <w:jc w:val="center"/>
        </w:trPr>
        <w:tc>
          <w:tcPr>
            <w:tcW w:w="2493" w:type="dxa"/>
            <w:shd w:val="clear" w:color="auto" w:fill="F4F7FA"/>
            <w:tcMar>
              <w:top w:w="90" w:type="dxa"/>
              <w:left w:w="90" w:type="dxa"/>
              <w:bottom w:w="90" w:type="dxa"/>
              <w:right w:w="90" w:type="dxa"/>
            </w:tcMar>
            <w:vAlign w:val="center"/>
          </w:tcPr>
          <w:p w14:paraId="6BED0746" w14:textId="77777777" w:rsidR="00FB4EFB" w:rsidRDefault="00FB4EFB" w:rsidP="0092033E">
            <w:r>
              <w:rPr>
                <w:sz w:val="17"/>
              </w:rPr>
              <w:t>PMA-BCC-001</w:t>
            </w:r>
          </w:p>
        </w:tc>
        <w:tc>
          <w:tcPr>
            <w:tcW w:w="4082" w:type="dxa"/>
            <w:shd w:val="clear" w:color="auto" w:fill="F4F7FA"/>
            <w:tcMar>
              <w:top w:w="90" w:type="dxa"/>
              <w:left w:w="90" w:type="dxa"/>
              <w:bottom w:w="90" w:type="dxa"/>
              <w:right w:w="90" w:type="dxa"/>
            </w:tcMar>
            <w:vAlign w:val="center"/>
          </w:tcPr>
          <w:p w14:paraId="7F3D03FC" w14:textId="77777777" w:rsidR="00FB4EFB" w:rsidRDefault="00FB4EFB" w:rsidP="0092033E">
            <w:proofErr w:type="spellStart"/>
            <w:r>
              <w:rPr>
                <w:sz w:val="17"/>
              </w:rPr>
              <w:t>Iepakojuma</w:t>
            </w:r>
            <w:proofErr w:type="spellEnd"/>
            <w:r>
              <w:rPr>
                <w:sz w:val="17"/>
              </w:rPr>
              <w:t xml:space="preserve"> </w:t>
            </w:r>
            <w:proofErr w:type="spellStart"/>
            <w:r>
              <w:rPr>
                <w:sz w:val="17"/>
              </w:rPr>
              <w:t>minimizēšanas</w:t>
            </w:r>
            <w:proofErr w:type="spellEnd"/>
            <w:r>
              <w:rPr>
                <w:sz w:val="17"/>
              </w:rPr>
              <w:t xml:space="preserve"> </w:t>
            </w:r>
            <w:proofErr w:type="spellStart"/>
            <w:r>
              <w:rPr>
                <w:sz w:val="17"/>
              </w:rPr>
              <w:t>novērtējums</w:t>
            </w:r>
            <w:proofErr w:type="spellEnd"/>
          </w:p>
        </w:tc>
        <w:tc>
          <w:tcPr>
            <w:tcW w:w="1733" w:type="dxa"/>
            <w:shd w:val="clear" w:color="auto" w:fill="F4F7FA"/>
            <w:tcMar>
              <w:top w:w="90" w:type="dxa"/>
              <w:left w:w="90" w:type="dxa"/>
              <w:bottom w:w="90" w:type="dxa"/>
              <w:right w:w="90" w:type="dxa"/>
            </w:tcMar>
            <w:vAlign w:val="center"/>
          </w:tcPr>
          <w:p w14:paraId="62CEC89D" w14:textId="77777777" w:rsidR="00FB4EFB" w:rsidRDefault="00FB4EFB" w:rsidP="0092033E">
            <w:r>
              <w:rPr>
                <w:sz w:val="17"/>
              </w:rPr>
              <w:t>1</w:t>
            </w:r>
          </w:p>
        </w:tc>
        <w:tc>
          <w:tcPr>
            <w:tcW w:w="1750" w:type="dxa"/>
            <w:shd w:val="clear" w:color="auto" w:fill="F4F7FA"/>
            <w:tcMar>
              <w:top w:w="90" w:type="dxa"/>
              <w:left w:w="90" w:type="dxa"/>
              <w:bottom w:w="90" w:type="dxa"/>
              <w:right w:w="90" w:type="dxa"/>
            </w:tcMar>
            <w:vAlign w:val="center"/>
          </w:tcPr>
          <w:p w14:paraId="31F328CB" w14:textId="77777777" w:rsidR="00FB4EFB" w:rsidRDefault="00FB4EFB" w:rsidP="0092033E">
            <w:r>
              <w:rPr>
                <w:sz w:val="17"/>
              </w:rPr>
              <w:t>Tikai paraugs</w:t>
            </w:r>
          </w:p>
        </w:tc>
      </w:tr>
      <w:tr w:rsidR="00FB4EFB" w14:paraId="4D3C5B92" w14:textId="77777777" w:rsidTr="0092033E">
        <w:trPr>
          <w:jc w:val="center"/>
        </w:trPr>
        <w:tc>
          <w:tcPr>
            <w:tcW w:w="2493" w:type="dxa"/>
            <w:shd w:val="clear" w:color="auto" w:fill="FFFFFF"/>
            <w:tcMar>
              <w:top w:w="90" w:type="dxa"/>
              <w:left w:w="90" w:type="dxa"/>
              <w:bottom w:w="90" w:type="dxa"/>
              <w:right w:w="90" w:type="dxa"/>
            </w:tcMar>
            <w:vAlign w:val="center"/>
          </w:tcPr>
          <w:p w14:paraId="7B801A2B" w14:textId="77777777" w:rsidR="00FB4EFB" w:rsidRDefault="00FB4EFB" w:rsidP="0092033E">
            <w:r>
              <w:rPr>
                <w:sz w:val="17"/>
              </w:rPr>
              <w:t>RA-LC-001</w:t>
            </w:r>
          </w:p>
        </w:tc>
        <w:tc>
          <w:tcPr>
            <w:tcW w:w="4082" w:type="dxa"/>
            <w:shd w:val="clear" w:color="auto" w:fill="FFFFFF"/>
            <w:tcMar>
              <w:top w:w="90" w:type="dxa"/>
              <w:left w:w="90" w:type="dxa"/>
              <w:bottom w:w="90" w:type="dxa"/>
              <w:right w:w="90" w:type="dxa"/>
            </w:tcMar>
            <w:vAlign w:val="center"/>
          </w:tcPr>
          <w:p w14:paraId="7C78DE5A" w14:textId="77777777" w:rsidR="00FB4EFB" w:rsidRDefault="00FB4EFB" w:rsidP="0092033E">
            <w:r>
              <w:rPr>
                <w:sz w:val="17"/>
              </w:rPr>
              <w:t>Reciklējamības novērtējums</w:t>
            </w:r>
          </w:p>
        </w:tc>
        <w:tc>
          <w:tcPr>
            <w:tcW w:w="1733" w:type="dxa"/>
            <w:shd w:val="clear" w:color="auto" w:fill="FFFFFF"/>
            <w:tcMar>
              <w:top w:w="90" w:type="dxa"/>
              <w:left w:w="90" w:type="dxa"/>
              <w:bottom w:w="90" w:type="dxa"/>
              <w:right w:w="90" w:type="dxa"/>
            </w:tcMar>
            <w:vAlign w:val="center"/>
          </w:tcPr>
          <w:p w14:paraId="43F710EA" w14:textId="77777777" w:rsidR="00FB4EFB" w:rsidRDefault="00FB4EFB" w:rsidP="0092033E">
            <w:r>
              <w:rPr>
                <w:sz w:val="17"/>
              </w:rPr>
              <w:t>1</w:t>
            </w:r>
          </w:p>
        </w:tc>
        <w:tc>
          <w:tcPr>
            <w:tcW w:w="1750" w:type="dxa"/>
            <w:shd w:val="clear" w:color="auto" w:fill="FFFFFF"/>
            <w:tcMar>
              <w:top w:w="90" w:type="dxa"/>
              <w:left w:w="90" w:type="dxa"/>
              <w:bottom w:w="90" w:type="dxa"/>
              <w:right w:w="90" w:type="dxa"/>
            </w:tcMar>
            <w:vAlign w:val="center"/>
          </w:tcPr>
          <w:p w14:paraId="7850C256" w14:textId="77777777" w:rsidR="00FB4EFB" w:rsidRDefault="00FB4EFB" w:rsidP="0092033E">
            <w:r>
              <w:rPr>
                <w:sz w:val="17"/>
              </w:rPr>
              <w:t>Tikai paraugs</w:t>
            </w:r>
          </w:p>
        </w:tc>
      </w:tr>
      <w:tr w:rsidR="00FB4EFB" w14:paraId="239F559F" w14:textId="77777777" w:rsidTr="0092033E">
        <w:trPr>
          <w:jc w:val="center"/>
        </w:trPr>
        <w:tc>
          <w:tcPr>
            <w:tcW w:w="2493" w:type="dxa"/>
            <w:shd w:val="clear" w:color="auto" w:fill="F4F7FA"/>
            <w:tcMar>
              <w:top w:w="90" w:type="dxa"/>
              <w:left w:w="90" w:type="dxa"/>
              <w:bottom w:w="90" w:type="dxa"/>
              <w:right w:w="90" w:type="dxa"/>
            </w:tcMar>
            <w:vAlign w:val="center"/>
          </w:tcPr>
          <w:p w14:paraId="1F91D379" w14:textId="77777777" w:rsidR="00FB4EFB" w:rsidRDefault="00FB4EFB" w:rsidP="0092033E">
            <w:r>
              <w:rPr>
                <w:sz w:val="17"/>
              </w:rPr>
              <w:t>PPV-BCC-001</w:t>
            </w:r>
          </w:p>
        </w:tc>
        <w:tc>
          <w:tcPr>
            <w:tcW w:w="4082" w:type="dxa"/>
            <w:shd w:val="clear" w:color="auto" w:fill="F4F7FA"/>
            <w:tcMar>
              <w:top w:w="90" w:type="dxa"/>
              <w:left w:w="90" w:type="dxa"/>
              <w:bottom w:w="90" w:type="dxa"/>
              <w:right w:w="90" w:type="dxa"/>
            </w:tcMar>
            <w:vAlign w:val="center"/>
          </w:tcPr>
          <w:p w14:paraId="386A7DDB" w14:textId="77777777" w:rsidR="00FB4EFB" w:rsidRDefault="00FB4EFB" w:rsidP="0092033E">
            <w:r>
              <w:rPr>
                <w:sz w:val="17"/>
              </w:rPr>
              <w:t>Iepakojuma snieguma verifikācijas pārskats</w:t>
            </w:r>
          </w:p>
        </w:tc>
        <w:tc>
          <w:tcPr>
            <w:tcW w:w="1733" w:type="dxa"/>
            <w:shd w:val="clear" w:color="auto" w:fill="F4F7FA"/>
            <w:tcMar>
              <w:top w:w="90" w:type="dxa"/>
              <w:left w:w="90" w:type="dxa"/>
              <w:bottom w:w="90" w:type="dxa"/>
              <w:right w:w="90" w:type="dxa"/>
            </w:tcMar>
            <w:vAlign w:val="center"/>
          </w:tcPr>
          <w:p w14:paraId="686B1D89" w14:textId="77777777" w:rsidR="00FB4EFB" w:rsidRDefault="00FB4EFB" w:rsidP="0092033E">
            <w:r>
              <w:rPr>
                <w:sz w:val="17"/>
              </w:rPr>
              <w:t>1</w:t>
            </w:r>
          </w:p>
        </w:tc>
        <w:tc>
          <w:tcPr>
            <w:tcW w:w="1750" w:type="dxa"/>
            <w:shd w:val="clear" w:color="auto" w:fill="F4F7FA"/>
            <w:tcMar>
              <w:top w:w="90" w:type="dxa"/>
              <w:left w:w="90" w:type="dxa"/>
              <w:bottom w:w="90" w:type="dxa"/>
              <w:right w:w="90" w:type="dxa"/>
            </w:tcMar>
            <w:vAlign w:val="center"/>
          </w:tcPr>
          <w:p w14:paraId="70590EF2" w14:textId="77777777" w:rsidR="00FB4EFB" w:rsidRDefault="00FB4EFB" w:rsidP="0092033E">
            <w:r>
              <w:rPr>
                <w:sz w:val="17"/>
              </w:rPr>
              <w:t>Tikai paraugs</w:t>
            </w:r>
          </w:p>
        </w:tc>
      </w:tr>
      <w:tr w:rsidR="00FB4EFB" w14:paraId="4B2073A2" w14:textId="77777777" w:rsidTr="0092033E">
        <w:trPr>
          <w:jc w:val="center"/>
        </w:trPr>
        <w:tc>
          <w:tcPr>
            <w:tcW w:w="2493" w:type="dxa"/>
            <w:shd w:val="clear" w:color="auto" w:fill="FFFFFF"/>
            <w:tcMar>
              <w:top w:w="90" w:type="dxa"/>
              <w:left w:w="90" w:type="dxa"/>
              <w:bottom w:w="90" w:type="dxa"/>
              <w:right w:w="90" w:type="dxa"/>
            </w:tcMar>
            <w:vAlign w:val="center"/>
          </w:tcPr>
          <w:p w14:paraId="32A48A68" w14:textId="77777777" w:rsidR="00FB4EFB" w:rsidRDefault="00FB4EFB" w:rsidP="0092033E">
            <w:r>
              <w:rPr>
                <w:sz w:val="17"/>
              </w:rPr>
              <w:t>IPC-01</w:t>
            </w:r>
          </w:p>
        </w:tc>
        <w:tc>
          <w:tcPr>
            <w:tcW w:w="4082" w:type="dxa"/>
            <w:shd w:val="clear" w:color="auto" w:fill="FFFFFF"/>
            <w:tcMar>
              <w:top w:w="90" w:type="dxa"/>
              <w:left w:w="90" w:type="dxa"/>
              <w:bottom w:w="90" w:type="dxa"/>
              <w:right w:w="90" w:type="dxa"/>
            </w:tcMar>
            <w:vAlign w:val="center"/>
          </w:tcPr>
          <w:p w14:paraId="6D5E82DB" w14:textId="77777777" w:rsidR="00FB4EFB" w:rsidRDefault="00FB4EFB" w:rsidP="0092033E">
            <w:r>
              <w:rPr>
                <w:sz w:val="17"/>
              </w:rPr>
              <w:t>Iekšējās ražošanas kontroles procedūra</w:t>
            </w:r>
          </w:p>
        </w:tc>
        <w:tc>
          <w:tcPr>
            <w:tcW w:w="1733" w:type="dxa"/>
            <w:shd w:val="clear" w:color="auto" w:fill="FFFFFF"/>
            <w:tcMar>
              <w:top w:w="90" w:type="dxa"/>
              <w:left w:w="90" w:type="dxa"/>
              <w:bottom w:w="90" w:type="dxa"/>
              <w:right w:w="90" w:type="dxa"/>
            </w:tcMar>
            <w:vAlign w:val="center"/>
          </w:tcPr>
          <w:p w14:paraId="5DCF0BE9" w14:textId="77777777" w:rsidR="00FB4EFB" w:rsidRDefault="00FB4EFB" w:rsidP="0092033E">
            <w:r>
              <w:rPr>
                <w:sz w:val="17"/>
              </w:rPr>
              <w:t>2</w:t>
            </w:r>
          </w:p>
        </w:tc>
        <w:tc>
          <w:tcPr>
            <w:tcW w:w="1750" w:type="dxa"/>
            <w:shd w:val="clear" w:color="auto" w:fill="FFFFFF"/>
            <w:tcMar>
              <w:top w:w="90" w:type="dxa"/>
              <w:left w:w="90" w:type="dxa"/>
              <w:bottom w:w="90" w:type="dxa"/>
              <w:right w:w="90" w:type="dxa"/>
            </w:tcMar>
            <w:vAlign w:val="center"/>
          </w:tcPr>
          <w:p w14:paraId="6B08C953" w14:textId="77777777" w:rsidR="00FB4EFB" w:rsidRDefault="00FB4EFB" w:rsidP="0092033E">
            <w:r>
              <w:rPr>
                <w:sz w:val="17"/>
              </w:rPr>
              <w:t>Tikai paraugs</w:t>
            </w:r>
          </w:p>
        </w:tc>
      </w:tr>
    </w:tbl>
    <w:p w14:paraId="3700D8B5" w14:textId="77777777" w:rsidR="00FB4EFB" w:rsidRDefault="00FB4EFB" w:rsidP="00FB4EFB">
      <w:pPr>
        <w:pStyle w:val="Virsraksts1"/>
      </w:pPr>
      <w:r>
        <w:t>7. Kvalitatīvā novērtējuma ieraksti</w:t>
      </w:r>
    </w:p>
    <w:p w14:paraId="36865CD7" w14:textId="77777777" w:rsidR="00FB4EFB" w:rsidRDefault="00FB4EFB" w:rsidP="00FB4EFB">
      <w:pPr>
        <w:pStyle w:val="Virsraksts2"/>
      </w:pPr>
      <w:r>
        <w:t>7.1. 6. pants: reciklējamības novērtējums</w:t>
      </w:r>
    </w:p>
    <w:p w14:paraId="5BA469B6" w14:textId="77777777" w:rsidR="00FB4EFB" w:rsidRDefault="00FB4EFB" w:rsidP="00FB4EFB">
      <w:r>
        <w:t>Parauga novērtēšanas pieeja: identificēt katru komponentu un tā masas īpatsvaru; novērtēt atdalāmību; pārbaudīt polimēra lamināta, krāsu un līmes saderību ar paredzēto papīra un kartona reciklēšanas plūsmu; dokumentēt šķirošanas un reciklēšanas pieņēmumus; saglabāt pamatojošus testu vai piegādātāju pierādījumus. Šajā ilustratīvajā dokumentācijā nav piešķirta reciklējamības atzīme vai procentuālā vērtība, jo nav sniegti pārbaudīti pierādījumi.</w:t>
      </w:r>
    </w:p>
    <w:p w14:paraId="4D786181" w14:textId="77777777" w:rsidR="00FB4EFB" w:rsidRDefault="00FB4EFB" w:rsidP="00FB4EFB">
      <w:pPr>
        <w:pStyle w:val="Virsraksts2"/>
      </w:pPr>
      <w:r>
        <w:lastRenderedPageBreak/>
        <w:t xml:space="preserve">7.2. 10. pants: </w:t>
      </w:r>
      <w:proofErr w:type="spellStart"/>
      <w:r>
        <w:t>iepakojuma</w:t>
      </w:r>
      <w:proofErr w:type="spellEnd"/>
      <w:r>
        <w:t xml:space="preserve"> </w:t>
      </w:r>
      <w:proofErr w:type="spellStart"/>
      <w:r>
        <w:t>minimizēšanas</w:t>
      </w:r>
      <w:proofErr w:type="spellEnd"/>
      <w:r>
        <w:t xml:space="preserve"> </w:t>
      </w:r>
      <w:proofErr w:type="spellStart"/>
      <w:r>
        <w:t>novērtējums</w:t>
      </w:r>
      <w:proofErr w:type="spellEnd"/>
    </w:p>
    <w:p w14:paraId="1E416B68" w14:textId="77777777" w:rsidR="00FB4EFB" w:rsidRDefault="00FB4EFB" w:rsidP="00FB4EFB">
      <w:r>
        <w:t>Parauga novērtēšanas pieeja: noteikt minimālo kartona klasi, lamināta daudzumu, izmērus un noslēguma konstrukciju, kas vajadzīga produkta aizsardzībai un produkta zudumu novēršanai. Salīdzināt alternatīvus dizainus un dokumentēt, kādēļ turpmāka masas vai tilpuma samazināšana apdraudētu iepakojuma funkcionalitāti. Ilustratīvā 28 g masa nav apstiprināta kā minimālā masa.</w:t>
      </w:r>
    </w:p>
    <w:p w14:paraId="4EC22A94" w14:textId="77777777" w:rsidR="00FB4EFB" w:rsidRDefault="00FB4EFB" w:rsidP="00FB4EFB">
      <w:pPr>
        <w:pStyle w:val="Virsraksts2"/>
      </w:pPr>
      <w:r>
        <w:t>7.3. 11. pants: atkalizmantojamā iepakojuma novērtējums</w:t>
      </w:r>
    </w:p>
    <w:p w14:paraId="09E859A5" w14:textId="77777777" w:rsidR="00FB4EFB" w:rsidRDefault="00FB4EFB" w:rsidP="00FB4EFB">
      <w:r>
        <w:t>Šis iepakojuma paraugs netiek deklarēts kā atkalizmantojams. Dokumentācijā norādīts, ka tas paredzēts vienam aprites ciklam līdz patērētājam un netiek laists tirgū atkalizmantošanas sistēmā. Ja mainās dizains vai komercdarbības modelis, piemērojamība jāizvērtē atkārtoti.</w:t>
      </w:r>
    </w:p>
    <w:p w14:paraId="31C3B54E" w14:textId="77777777" w:rsidR="00FB4EFB" w:rsidRDefault="00FB4EFB" w:rsidP="00FB4EFB">
      <w:pPr>
        <w:pStyle w:val="Virsraksts1"/>
      </w:pPr>
      <w:r>
        <w:t>8. Testēšanas pārskati un verifikācijas pierādījumi</w:t>
      </w:r>
    </w:p>
    <w:tbl>
      <w:tblPr>
        <w:tblW w:w="10996" w:type="dxa"/>
        <w:jc w:val="center"/>
        <w:tblLayout w:type="fixed"/>
        <w:tblLook w:val="04A0" w:firstRow="1" w:lastRow="0" w:firstColumn="1" w:lastColumn="0" w:noHBand="0" w:noVBand="1"/>
      </w:tblPr>
      <w:tblGrid>
        <w:gridCol w:w="2493"/>
        <w:gridCol w:w="2835"/>
        <w:gridCol w:w="3175"/>
        <w:gridCol w:w="2493"/>
      </w:tblGrid>
      <w:tr w:rsidR="00FB4EFB" w:rsidRPr="000C0554" w14:paraId="042FC971" w14:textId="77777777" w:rsidTr="008752FE">
        <w:trPr>
          <w:jc w:val="center"/>
        </w:trPr>
        <w:tc>
          <w:tcPr>
            <w:tcW w:w="2493" w:type="dxa"/>
            <w:shd w:val="clear" w:color="auto" w:fill="1F4E79"/>
            <w:tcMar>
              <w:top w:w="90" w:type="dxa"/>
              <w:left w:w="90" w:type="dxa"/>
              <w:bottom w:w="90" w:type="dxa"/>
              <w:right w:w="90" w:type="dxa"/>
            </w:tcMar>
            <w:vAlign w:val="center"/>
          </w:tcPr>
          <w:p w14:paraId="3C0F4B2D" w14:textId="77777777" w:rsidR="00FB4EFB" w:rsidRPr="000C0554" w:rsidRDefault="00FB4EFB" w:rsidP="0092033E">
            <w:pPr>
              <w:rPr>
                <w:lang w:val="lv-LV"/>
              </w:rPr>
            </w:pPr>
            <w:r w:rsidRPr="000C0554">
              <w:rPr>
                <w:b/>
                <w:color w:val="FFFFFF"/>
                <w:sz w:val="16"/>
                <w:lang w:val="lv-LV"/>
              </w:rPr>
              <w:t>Parauga pārskats</w:t>
            </w:r>
          </w:p>
        </w:tc>
        <w:tc>
          <w:tcPr>
            <w:tcW w:w="2835" w:type="dxa"/>
            <w:shd w:val="clear" w:color="auto" w:fill="1F4E79"/>
            <w:tcMar>
              <w:top w:w="90" w:type="dxa"/>
              <w:left w:w="90" w:type="dxa"/>
              <w:bottom w:w="90" w:type="dxa"/>
              <w:right w:w="90" w:type="dxa"/>
            </w:tcMar>
            <w:vAlign w:val="center"/>
          </w:tcPr>
          <w:p w14:paraId="31C3CF05" w14:textId="77777777" w:rsidR="00FB4EFB" w:rsidRPr="000C0554" w:rsidRDefault="00FB4EFB" w:rsidP="0092033E">
            <w:pPr>
              <w:rPr>
                <w:lang w:val="lv-LV"/>
              </w:rPr>
            </w:pPr>
            <w:r w:rsidRPr="000C0554">
              <w:rPr>
                <w:b/>
                <w:color w:val="FFFFFF"/>
                <w:sz w:val="16"/>
                <w:lang w:val="lv-LV"/>
              </w:rPr>
              <w:t>Pārbaudes mērķis</w:t>
            </w:r>
          </w:p>
        </w:tc>
        <w:tc>
          <w:tcPr>
            <w:tcW w:w="3175" w:type="dxa"/>
            <w:shd w:val="clear" w:color="auto" w:fill="1F4E79"/>
            <w:tcMar>
              <w:top w:w="90" w:type="dxa"/>
              <w:left w:w="90" w:type="dxa"/>
              <w:bottom w:w="90" w:type="dxa"/>
              <w:right w:w="90" w:type="dxa"/>
            </w:tcMar>
            <w:vAlign w:val="center"/>
          </w:tcPr>
          <w:p w14:paraId="3FE9CC35" w14:textId="77777777" w:rsidR="00FB4EFB" w:rsidRPr="000C0554" w:rsidRDefault="00FB4EFB" w:rsidP="0092033E">
            <w:pPr>
              <w:rPr>
                <w:lang w:val="lv-LV"/>
              </w:rPr>
            </w:pPr>
            <w:r w:rsidRPr="000C0554">
              <w:rPr>
                <w:b/>
                <w:color w:val="FFFFFF"/>
                <w:sz w:val="16"/>
                <w:lang w:val="lv-LV"/>
              </w:rPr>
              <w:t>Ilustratīvais pieņemšanas kritērijs</w:t>
            </w:r>
          </w:p>
        </w:tc>
        <w:tc>
          <w:tcPr>
            <w:tcW w:w="2493" w:type="dxa"/>
            <w:shd w:val="clear" w:color="auto" w:fill="1F4E79"/>
            <w:tcMar>
              <w:top w:w="90" w:type="dxa"/>
              <w:left w:w="90" w:type="dxa"/>
              <w:bottom w:w="90" w:type="dxa"/>
              <w:right w:w="90" w:type="dxa"/>
            </w:tcMar>
            <w:vAlign w:val="center"/>
          </w:tcPr>
          <w:p w14:paraId="074BDB7C" w14:textId="77777777" w:rsidR="00FB4EFB" w:rsidRPr="000C0554" w:rsidRDefault="00FB4EFB" w:rsidP="0092033E">
            <w:pPr>
              <w:rPr>
                <w:lang w:val="lv-LV"/>
              </w:rPr>
            </w:pPr>
            <w:r w:rsidRPr="000C0554">
              <w:rPr>
                <w:b/>
                <w:color w:val="FFFFFF"/>
                <w:sz w:val="16"/>
                <w:lang w:val="lv-LV"/>
              </w:rPr>
              <w:t>Rezultāts</w:t>
            </w:r>
          </w:p>
        </w:tc>
      </w:tr>
      <w:tr w:rsidR="00FB4EFB" w:rsidRPr="000C0554" w14:paraId="37E7C1A6" w14:textId="77777777" w:rsidTr="008752FE">
        <w:trPr>
          <w:jc w:val="center"/>
        </w:trPr>
        <w:tc>
          <w:tcPr>
            <w:tcW w:w="2493" w:type="dxa"/>
            <w:shd w:val="clear" w:color="auto" w:fill="F4F7FA"/>
            <w:tcMar>
              <w:top w:w="90" w:type="dxa"/>
              <w:left w:w="90" w:type="dxa"/>
              <w:bottom w:w="90" w:type="dxa"/>
              <w:right w:w="90" w:type="dxa"/>
            </w:tcMar>
            <w:vAlign w:val="center"/>
          </w:tcPr>
          <w:p w14:paraId="384F99AA" w14:textId="77777777" w:rsidR="00FB4EFB" w:rsidRPr="000C0554" w:rsidRDefault="00FB4EFB" w:rsidP="0092033E">
            <w:pPr>
              <w:rPr>
                <w:lang w:val="lv-LV"/>
              </w:rPr>
            </w:pPr>
            <w:r w:rsidRPr="000C0554">
              <w:rPr>
                <w:sz w:val="16"/>
                <w:lang w:val="lv-LV"/>
              </w:rPr>
              <w:t>TR-BCC-001</w:t>
            </w:r>
          </w:p>
        </w:tc>
        <w:tc>
          <w:tcPr>
            <w:tcW w:w="2835" w:type="dxa"/>
            <w:shd w:val="clear" w:color="auto" w:fill="F4F7FA"/>
            <w:tcMar>
              <w:top w:w="90" w:type="dxa"/>
              <w:left w:w="90" w:type="dxa"/>
              <w:bottom w:w="90" w:type="dxa"/>
              <w:right w:w="90" w:type="dxa"/>
            </w:tcMar>
            <w:vAlign w:val="center"/>
          </w:tcPr>
          <w:p w14:paraId="60C6EFA3" w14:textId="77777777" w:rsidR="00FB4EFB" w:rsidRPr="000C0554" w:rsidRDefault="00FB4EFB" w:rsidP="0092033E">
            <w:pPr>
              <w:rPr>
                <w:lang w:val="lv-LV"/>
              </w:rPr>
            </w:pPr>
            <w:r w:rsidRPr="000C0554">
              <w:rPr>
                <w:sz w:val="16"/>
                <w:lang w:val="lv-LV"/>
              </w:rPr>
              <w:t>Izmēri un iepakojuma masa</w:t>
            </w:r>
          </w:p>
        </w:tc>
        <w:tc>
          <w:tcPr>
            <w:tcW w:w="3175" w:type="dxa"/>
            <w:shd w:val="clear" w:color="auto" w:fill="F4F7FA"/>
            <w:tcMar>
              <w:top w:w="90" w:type="dxa"/>
              <w:left w:w="90" w:type="dxa"/>
              <w:bottom w:w="90" w:type="dxa"/>
              <w:right w:w="90" w:type="dxa"/>
            </w:tcMar>
            <w:vAlign w:val="center"/>
          </w:tcPr>
          <w:p w14:paraId="4AE43B19" w14:textId="77777777" w:rsidR="00FB4EFB" w:rsidRPr="000C0554" w:rsidRDefault="00FB4EFB" w:rsidP="0092033E">
            <w:pPr>
              <w:rPr>
                <w:lang w:val="lv-LV"/>
              </w:rPr>
            </w:pPr>
            <w:r w:rsidRPr="000C0554">
              <w:rPr>
                <w:sz w:val="16"/>
                <w:lang w:val="lv-LV"/>
              </w:rPr>
              <w:t>Apstiprinātā rasējuma/specifikācijas pielaižu robežās</w:t>
            </w:r>
          </w:p>
        </w:tc>
        <w:tc>
          <w:tcPr>
            <w:tcW w:w="2493" w:type="dxa"/>
            <w:shd w:val="clear" w:color="auto" w:fill="F4F7FA"/>
            <w:tcMar>
              <w:top w:w="90" w:type="dxa"/>
              <w:left w:w="90" w:type="dxa"/>
              <w:bottom w:w="90" w:type="dxa"/>
              <w:right w:w="90" w:type="dxa"/>
            </w:tcMar>
            <w:vAlign w:val="center"/>
          </w:tcPr>
          <w:p w14:paraId="30BC03BA" w14:textId="07186EDD" w:rsidR="00FB4EFB" w:rsidRPr="000C0554" w:rsidRDefault="000C0554" w:rsidP="0092033E">
            <w:pPr>
              <w:rPr>
                <w:lang w:val="lv-LV"/>
              </w:rPr>
            </w:pPr>
            <w:r w:rsidRPr="000C0554">
              <w:rPr>
                <w:sz w:val="16"/>
                <w:lang w:val="lv-LV"/>
              </w:rPr>
              <w:t>[Apraksts]</w:t>
            </w:r>
          </w:p>
        </w:tc>
      </w:tr>
      <w:tr w:rsidR="00FB4EFB" w:rsidRPr="000C0554" w14:paraId="75B185A4" w14:textId="77777777" w:rsidTr="008752FE">
        <w:trPr>
          <w:jc w:val="center"/>
        </w:trPr>
        <w:tc>
          <w:tcPr>
            <w:tcW w:w="2493" w:type="dxa"/>
            <w:shd w:val="clear" w:color="auto" w:fill="FFFFFF"/>
            <w:tcMar>
              <w:top w:w="90" w:type="dxa"/>
              <w:left w:w="90" w:type="dxa"/>
              <w:bottom w:w="90" w:type="dxa"/>
              <w:right w:w="90" w:type="dxa"/>
            </w:tcMar>
            <w:vAlign w:val="center"/>
          </w:tcPr>
          <w:p w14:paraId="50FCD74B" w14:textId="77777777" w:rsidR="00FB4EFB" w:rsidRPr="000C0554" w:rsidRDefault="00FB4EFB" w:rsidP="0092033E">
            <w:pPr>
              <w:rPr>
                <w:lang w:val="lv-LV"/>
              </w:rPr>
            </w:pPr>
            <w:r w:rsidRPr="000C0554">
              <w:rPr>
                <w:sz w:val="16"/>
                <w:lang w:val="lv-LV"/>
              </w:rPr>
              <w:t>TR-BCC-002</w:t>
            </w:r>
          </w:p>
        </w:tc>
        <w:tc>
          <w:tcPr>
            <w:tcW w:w="2835" w:type="dxa"/>
            <w:shd w:val="clear" w:color="auto" w:fill="FFFFFF"/>
            <w:tcMar>
              <w:top w:w="90" w:type="dxa"/>
              <w:left w:w="90" w:type="dxa"/>
              <w:bottom w:w="90" w:type="dxa"/>
              <w:right w:w="90" w:type="dxa"/>
            </w:tcMar>
            <w:vAlign w:val="center"/>
          </w:tcPr>
          <w:p w14:paraId="0EDC37DC" w14:textId="77777777" w:rsidR="00FB4EFB" w:rsidRPr="000C0554" w:rsidRDefault="00FB4EFB" w:rsidP="0092033E">
            <w:pPr>
              <w:rPr>
                <w:lang w:val="lv-LV"/>
              </w:rPr>
            </w:pPr>
            <w:r w:rsidRPr="000C0554">
              <w:rPr>
                <w:sz w:val="16"/>
                <w:lang w:val="lv-LV"/>
              </w:rPr>
              <w:t>Kartona kārbas saspiešanas sniegums</w:t>
            </w:r>
          </w:p>
        </w:tc>
        <w:tc>
          <w:tcPr>
            <w:tcW w:w="3175" w:type="dxa"/>
            <w:shd w:val="clear" w:color="auto" w:fill="FFFFFF"/>
            <w:tcMar>
              <w:top w:w="90" w:type="dxa"/>
              <w:left w:w="90" w:type="dxa"/>
              <w:bottom w:w="90" w:type="dxa"/>
              <w:right w:w="90" w:type="dxa"/>
            </w:tcMar>
            <w:vAlign w:val="center"/>
          </w:tcPr>
          <w:p w14:paraId="31579DB5" w14:textId="77777777" w:rsidR="00FB4EFB" w:rsidRPr="000C0554" w:rsidRDefault="00FB4EFB" w:rsidP="0092033E">
            <w:pPr>
              <w:rPr>
                <w:lang w:val="lv-LV"/>
              </w:rPr>
            </w:pPr>
            <w:r w:rsidRPr="000C0554">
              <w:rPr>
                <w:sz w:val="16"/>
                <w:lang w:val="lv-LV"/>
              </w:rPr>
              <w:t>Atbilst konkrētā produkta kraušanas prasībai</w:t>
            </w:r>
          </w:p>
        </w:tc>
        <w:tc>
          <w:tcPr>
            <w:tcW w:w="2493" w:type="dxa"/>
            <w:shd w:val="clear" w:color="auto" w:fill="FFFFFF"/>
            <w:tcMar>
              <w:top w:w="90" w:type="dxa"/>
              <w:left w:w="90" w:type="dxa"/>
              <w:bottom w:w="90" w:type="dxa"/>
              <w:right w:w="90" w:type="dxa"/>
            </w:tcMar>
            <w:vAlign w:val="center"/>
          </w:tcPr>
          <w:p w14:paraId="0949F7BB" w14:textId="6EB204B6" w:rsidR="00FB4EFB" w:rsidRPr="000C0554" w:rsidRDefault="000C0554" w:rsidP="0092033E">
            <w:pPr>
              <w:rPr>
                <w:lang w:val="lv-LV"/>
              </w:rPr>
            </w:pPr>
            <w:r w:rsidRPr="000C0554">
              <w:rPr>
                <w:sz w:val="16"/>
                <w:lang w:val="lv-LV"/>
              </w:rPr>
              <w:t>[Apraksts]</w:t>
            </w:r>
          </w:p>
        </w:tc>
      </w:tr>
      <w:tr w:rsidR="00FB4EFB" w:rsidRPr="000C0554" w14:paraId="785FF2B1" w14:textId="77777777" w:rsidTr="008752FE">
        <w:trPr>
          <w:jc w:val="center"/>
        </w:trPr>
        <w:tc>
          <w:tcPr>
            <w:tcW w:w="2493" w:type="dxa"/>
            <w:shd w:val="clear" w:color="auto" w:fill="F4F7FA"/>
            <w:tcMar>
              <w:top w:w="90" w:type="dxa"/>
              <w:left w:w="90" w:type="dxa"/>
              <w:bottom w:w="90" w:type="dxa"/>
              <w:right w:w="90" w:type="dxa"/>
            </w:tcMar>
            <w:vAlign w:val="center"/>
          </w:tcPr>
          <w:p w14:paraId="3660D413" w14:textId="77777777" w:rsidR="00FB4EFB" w:rsidRPr="000C0554" w:rsidRDefault="00FB4EFB" w:rsidP="0092033E">
            <w:pPr>
              <w:rPr>
                <w:lang w:val="lv-LV"/>
              </w:rPr>
            </w:pPr>
            <w:r w:rsidRPr="000C0554">
              <w:rPr>
                <w:sz w:val="16"/>
                <w:lang w:val="lv-LV"/>
              </w:rPr>
              <w:t>TR-BCC-003</w:t>
            </w:r>
          </w:p>
        </w:tc>
        <w:tc>
          <w:tcPr>
            <w:tcW w:w="2835" w:type="dxa"/>
            <w:shd w:val="clear" w:color="auto" w:fill="F4F7FA"/>
            <w:tcMar>
              <w:top w:w="90" w:type="dxa"/>
              <w:left w:w="90" w:type="dxa"/>
              <w:bottom w:w="90" w:type="dxa"/>
              <w:right w:w="90" w:type="dxa"/>
            </w:tcMar>
            <w:vAlign w:val="center"/>
          </w:tcPr>
          <w:p w14:paraId="3BB49B2B" w14:textId="77777777" w:rsidR="00FB4EFB" w:rsidRPr="000C0554" w:rsidRDefault="00FB4EFB" w:rsidP="0092033E">
            <w:pPr>
              <w:rPr>
                <w:lang w:val="lv-LV"/>
              </w:rPr>
            </w:pPr>
            <w:r w:rsidRPr="000C0554">
              <w:rPr>
                <w:sz w:val="16"/>
                <w:lang w:val="lv-LV"/>
              </w:rPr>
              <w:t>Krišanas/apstrādes sniegums</w:t>
            </w:r>
          </w:p>
        </w:tc>
        <w:tc>
          <w:tcPr>
            <w:tcW w:w="3175" w:type="dxa"/>
            <w:shd w:val="clear" w:color="auto" w:fill="F4F7FA"/>
            <w:tcMar>
              <w:top w:w="90" w:type="dxa"/>
              <w:left w:w="90" w:type="dxa"/>
              <w:bottom w:w="90" w:type="dxa"/>
              <w:right w:w="90" w:type="dxa"/>
            </w:tcMar>
            <w:vAlign w:val="center"/>
          </w:tcPr>
          <w:p w14:paraId="1AB1984A" w14:textId="77777777" w:rsidR="00FB4EFB" w:rsidRPr="000C0554" w:rsidRDefault="00FB4EFB" w:rsidP="0092033E">
            <w:pPr>
              <w:rPr>
                <w:lang w:val="lv-LV"/>
              </w:rPr>
            </w:pPr>
            <w:r w:rsidRPr="000C0554">
              <w:rPr>
                <w:sz w:val="16"/>
                <w:lang w:val="lv-LV"/>
              </w:rPr>
              <w:t>Noteiktajā testu secībā nenotiek satura zudums</w:t>
            </w:r>
          </w:p>
        </w:tc>
        <w:tc>
          <w:tcPr>
            <w:tcW w:w="2493" w:type="dxa"/>
            <w:shd w:val="clear" w:color="auto" w:fill="F4F7FA"/>
            <w:tcMar>
              <w:top w:w="90" w:type="dxa"/>
              <w:left w:w="90" w:type="dxa"/>
              <w:bottom w:w="90" w:type="dxa"/>
              <w:right w:w="90" w:type="dxa"/>
            </w:tcMar>
            <w:vAlign w:val="center"/>
          </w:tcPr>
          <w:p w14:paraId="2A2C164B" w14:textId="42B2D1BF" w:rsidR="00FB4EFB" w:rsidRPr="000C0554" w:rsidRDefault="000C0554" w:rsidP="0092033E">
            <w:pPr>
              <w:rPr>
                <w:lang w:val="lv-LV"/>
              </w:rPr>
            </w:pPr>
            <w:r w:rsidRPr="000C0554">
              <w:rPr>
                <w:sz w:val="16"/>
                <w:lang w:val="lv-LV"/>
              </w:rPr>
              <w:t>[Apraksts]</w:t>
            </w:r>
          </w:p>
        </w:tc>
      </w:tr>
      <w:tr w:rsidR="00FB4EFB" w:rsidRPr="000C0554" w14:paraId="7CB1FC84" w14:textId="77777777" w:rsidTr="008752FE">
        <w:trPr>
          <w:jc w:val="center"/>
        </w:trPr>
        <w:tc>
          <w:tcPr>
            <w:tcW w:w="2493" w:type="dxa"/>
            <w:shd w:val="clear" w:color="auto" w:fill="FFFFFF"/>
            <w:tcMar>
              <w:top w:w="90" w:type="dxa"/>
              <w:left w:w="90" w:type="dxa"/>
              <w:bottom w:w="90" w:type="dxa"/>
              <w:right w:w="90" w:type="dxa"/>
            </w:tcMar>
            <w:vAlign w:val="center"/>
          </w:tcPr>
          <w:p w14:paraId="13EE5A07" w14:textId="77777777" w:rsidR="00FB4EFB" w:rsidRPr="000C0554" w:rsidRDefault="00FB4EFB" w:rsidP="0092033E">
            <w:pPr>
              <w:rPr>
                <w:lang w:val="lv-LV"/>
              </w:rPr>
            </w:pPr>
            <w:r w:rsidRPr="000C0554">
              <w:rPr>
                <w:sz w:val="16"/>
                <w:lang w:val="lv-LV"/>
              </w:rPr>
              <w:t>TR-BCC-004</w:t>
            </w:r>
          </w:p>
        </w:tc>
        <w:tc>
          <w:tcPr>
            <w:tcW w:w="2835" w:type="dxa"/>
            <w:shd w:val="clear" w:color="auto" w:fill="FFFFFF"/>
            <w:tcMar>
              <w:top w:w="90" w:type="dxa"/>
              <w:left w:w="90" w:type="dxa"/>
              <w:bottom w:w="90" w:type="dxa"/>
              <w:right w:w="90" w:type="dxa"/>
            </w:tcMar>
            <w:vAlign w:val="center"/>
          </w:tcPr>
          <w:p w14:paraId="3A007D69" w14:textId="77777777" w:rsidR="00FB4EFB" w:rsidRPr="000C0554" w:rsidRDefault="00FB4EFB" w:rsidP="0092033E">
            <w:pPr>
              <w:rPr>
                <w:lang w:val="lv-LV"/>
              </w:rPr>
            </w:pPr>
            <w:r w:rsidRPr="000C0554">
              <w:rPr>
                <w:sz w:val="16"/>
                <w:lang w:val="lv-LV"/>
              </w:rPr>
              <w:t>Sānu šuves un atloka līmējums</w:t>
            </w:r>
          </w:p>
        </w:tc>
        <w:tc>
          <w:tcPr>
            <w:tcW w:w="3175" w:type="dxa"/>
            <w:shd w:val="clear" w:color="auto" w:fill="FFFFFF"/>
            <w:tcMar>
              <w:top w:w="90" w:type="dxa"/>
              <w:left w:w="90" w:type="dxa"/>
              <w:bottom w:w="90" w:type="dxa"/>
              <w:right w:w="90" w:type="dxa"/>
            </w:tcMar>
            <w:vAlign w:val="center"/>
          </w:tcPr>
          <w:p w14:paraId="3FD7E7D5" w14:textId="77777777" w:rsidR="00FB4EFB" w:rsidRPr="000C0554" w:rsidRDefault="00FB4EFB" w:rsidP="0092033E">
            <w:pPr>
              <w:rPr>
                <w:lang w:val="lv-LV"/>
              </w:rPr>
            </w:pPr>
            <w:r w:rsidRPr="000C0554">
              <w:rPr>
                <w:sz w:val="16"/>
                <w:lang w:val="lv-LV"/>
              </w:rPr>
              <w:t>Noteiktajos apstākļos līmējums neizjūk</w:t>
            </w:r>
          </w:p>
        </w:tc>
        <w:tc>
          <w:tcPr>
            <w:tcW w:w="2493" w:type="dxa"/>
            <w:shd w:val="clear" w:color="auto" w:fill="FFFFFF"/>
            <w:tcMar>
              <w:top w:w="90" w:type="dxa"/>
              <w:left w:w="90" w:type="dxa"/>
              <w:bottom w:w="90" w:type="dxa"/>
              <w:right w:w="90" w:type="dxa"/>
            </w:tcMar>
            <w:vAlign w:val="center"/>
          </w:tcPr>
          <w:p w14:paraId="58E5A32E" w14:textId="743CA051" w:rsidR="00FB4EFB" w:rsidRPr="000C0554" w:rsidRDefault="000C0554" w:rsidP="0092033E">
            <w:pPr>
              <w:rPr>
                <w:lang w:val="lv-LV"/>
              </w:rPr>
            </w:pPr>
            <w:r w:rsidRPr="000C0554">
              <w:rPr>
                <w:sz w:val="16"/>
                <w:lang w:val="lv-LV"/>
              </w:rPr>
              <w:t>[Apraksts]</w:t>
            </w:r>
          </w:p>
        </w:tc>
      </w:tr>
      <w:tr w:rsidR="00FB4EFB" w:rsidRPr="000C0554" w14:paraId="01B8731F" w14:textId="77777777" w:rsidTr="008752FE">
        <w:trPr>
          <w:jc w:val="center"/>
        </w:trPr>
        <w:tc>
          <w:tcPr>
            <w:tcW w:w="2493" w:type="dxa"/>
            <w:shd w:val="clear" w:color="auto" w:fill="F4F7FA"/>
            <w:tcMar>
              <w:top w:w="90" w:type="dxa"/>
              <w:left w:w="90" w:type="dxa"/>
              <w:bottom w:w="90" w:type="dxa"/>
              <w:right w:w="90" w:type="dxa"/>
            </w:tcMar>
            <w:vAlign w:val="center"/>
          </w:tcPr>
          <w:p w14:paraId="533147DE" w14:textId="77777777" w:rsidR="00FB4EFB" w:rsidRPr="000C0554" w:rsidRDefault="00FB4EFB" w:rsidP="0092033E">
            <w:pPr>
              <w:rPr>
                <w:lang w:val="lv-LV"/>
              </w:rPr>
            </w:pPr>
            <w:r w:rsidRPr="000C0554">
              <w:rPr>
                <w:sz w:val="16"/>
                <w:lang w:val="lv-LV"/>
              </w:rPr>
              <w:t>TR-BCC-005</w:t>
            </w:r>
          </w:p>
        </w:tc>
        <w:tc>
          <w:tcPr>
            <w:tcW w:w="2835" w:type="dxa"/>
            <w:shd w:val="clear" w:color="auto" w:fill="F4F7FA"/>
            <w:tcMar>
              <w:top w:w="90" w:type="dxa"/>
              <w:left w:w="90" w:type="dxa"/>
              <w:bottom w:w="90" w:type="dxa"/>
              <w:right w:w="90" w:type="dxa"/>
            </w:tcMar>
            <w:vAlign w:val="center"/>
          </w:tcPr>
          <w:p w14:paraId="249EE97D" w14:textId="77777777" w:rsidR="00FB4EFB" w:rsidRPr="000C0554" w:rsidRDefault="00FB4EFB" w:rsidP="0092033E">
            <w:pPr>
              <w:rPr>
                <w:lang w:val="lv-LV"/>
              </w:rPr>
            </w:pPr>
            <w:r w:rsidRPr="000C0554">
              <w:rPr>
                <w:sz w:val="16"/>
                <w:lang w:val="lv-LV"/>
              </w:rPr>
              <w:t>Materiālu ķīmiskā pārbaude</w:t>
            </w:r>
          </w:p>
        </w:tc>
        <w:tc>
          <w:tcPr>
            <w:tcW w:w="3175" w:type="dxa"/>
            <w:shd w:val="clear" w:color="auto" w:fill="F4F7FA"/>
            <w:tcMar>
              <w:top w:w="90" w:type="dxa"/>
              <w:left w:w="90" w:type="dxa"/>
              <w:bottom w:w="90" w:type="dxa"/>
              <w:right w:w="90" w:type="dxa"/>
            </w:tcMar>
            <w:vAlign w:val="center"/>
          </w:tcPr>
          <w:p w14:paraId="7F703214" w14:textId="77777777" w:rsidR="00FB4EFB" w:rsidRPr="000C0554" w:rsidRDefault="00FB4EFB" w:rsidP="0092033E">
            <w:pPr>
              <w:rPr>
                <w:lang w:val="lv-LV"/>
              </w:rPr>
            </w:pPr>
            <w:r w:rsidRPr="000C0554">
              <w:rPr>
                <w:sz w:val="16"/>
                <w:lang w:val="lv-LV"/>
              </w:rPr>
              <w:t>Atbilst piemērojamajiem vielu ierobežojumiem</w:t>
            </w:r>
          </w:p>
        </w:tc>
        <w:tc>
          <w:tcPr>
            <w:tcW w:w="2493" w:type="dxa"/>
            <w:shd w:val="clear" w:color="auto" w:fill="F4F7FA"/>
            <w:tcMar>
              <w:top w:w="90" w:type="dxa"/>
              <w:left w:w="90" w:type="dxa"/>
              <w:bottom w:w="90" w:type="dxa"/>
              <w:right w:w="90" w:type="dxa"/>
            </w:tcMar>
            <w:vAlign w:val="center"/>
          </w:tcPr>
          <w:p w14:paraId="0E3E2906" w14:textId="106F547D" w:rsidR="00FB4EFB" w:rsidRPr="000C0554" w:rsidRDefault="000C0554" w:rsidP="0092033E">
            <w:pPr>
              <w:rPr>
                <w:lang w:val="lv-LV"/>
              </w:rPr>
            </w:pPr>
            <w:r w:rsidRPr="000C0554">
              <w:rPr>
                <w:sz w:val="16"/>
                <w:lang w:val="lv-LV"/>
              </w:rPr>
              <w:t>[Apraksts]</w:t>
            </w:r>
          </w:p>
        </w:tc>
      </w:tr>
      <w:tr w:rsidR="00FB4EFB" w:rsidRPr="000C0554" w14:paraId="61495360" w14:textId="77777777" w:rsidTr="008752FE">
        <w:trPr>
          <w:jc w:val="center"/>
        </w:trPr>
        <w:tc>
          <w:tcPr>
            <w:tcW w:w="2493" w:type="dxa"/>
            <w:shd w:val="clear" w:color="auto" w:fill="FFFFFF"/>
            <w:tcMar>
              <w:top w:w="90" w:type="dxa"/>
              <w:left w:w="90" w:type="dxa"/>
              <w:bottom w:w="90" w:type="dxa"/>
              <w:right w:w="90" w:type="dxa"/>
            </w:tcMar>
            <w:vAlign w:val="center"/>
          </w:tcPr>
          <w:p w14:paraId="1C25189F" w14:textId="77777777" w:rsidR="00FB4EFB" w:rsidRPr="000C0554" w:rsidRDefault="00FB4EFB" w:rsidP="0092033E">
            <w:pPr>
              <w:rPr>
                <w:lang w:val="lv-LV"/>
              </w:rPr>
            </w:pPr>
            <w:r w:rsidRPr="000C0554">
              <w:rPr>
                <w:sz w:val="16"/>
                <w:lang w:val="lv-LV"/>
              </w:rPr>
              <w:t>TR-BCC-006</w:t>
            </w:r>
          </w:p>
        </w:tc>
        <w:tc>
          <w:tcPr>
            <w:tcW w:w="2835" w:type="dxa"/>
            <w:shd w:val="clear" w:color="auto" w:fill="FFFFFF"/>
            <w:tcMar>
              <w:top w:w="90" w:type="dxa"/>
              <w:left w:w="90" w:type="dxa"/>
              <w:bottom w:w="90" w:type="dxa"/>
              <w:right w:w="90" w:type="dxa"/>
            </w:tcMar>
            <w:vAlign w:val="center"/>
          </w:tcPr>
          <w:p w14:paraId="562E539F" w14:textId="77777777" w:rsidR="00FB4EFB" w:rsidRPr="000C0554" w:rsidRDefault="00FB4EFB" w:rsidP="0092033E">
            <w:pPr>
              <w:rPr>
                <w:lang w:val="lv-LV"/>
              </w:rPr>
            </w:pPr>
            <w:proofErr w:type="spellStart"/>
            <w:r w:rsidRPr="000C0554">
              <w:rPr>
                <w:sz w:val="16"/>
                <w:lang w:val="lv-LV"/>
              </w:rPr>
              <w:t>Reciklējamības</w:t>
            </w:r>
            <w:proofErr w:type="spellEnd"/>
            <w:r w:rsidRPr="000C0554">
              <w:rPr>
                <w:sz w:val="16"/>
                <w:lang w:val="lv-LV"/>
              </w:rPr>
              <w:t xml:space="preserve"> pārbaude</w:t>
            </w:r>
          </w:p>
        </w:tc>
        <w:tc>
          <w:tcPr>
            <w:tcW w:w="3175" w:type="dxa"/>
            <w:shd w:val="clear" w:color="auto" w:fill="FFFFFF"/>
            <w:tcMar>
              <w:top w:w="90" w:type="dxa"/>
              <w:left w:w="90" w:type="dxa"/>
              <w:bottom w:w="90" w:type="dxa"/>
              <w:right w:w="90" w:type="dxa"/>
            </w:tcMar>
            <w:vAlign w:val="center"/>
          </w:tcPr>
          <w:p w14:paraId="4A4ACCA8" w14:textId="77777777" w:rsidR="00FB4EFB" w:rsidRPr="000C0554" w:rsidRDefault="00FB4EFB" w:rsidP="0092033E">
            <w:pPr>
              <w:rPr>
                <w:lang w:val="lv-LV"/>
              </w:rPr>
            </w:pPr>
            <w:r w:rsidRPr="000C0554">
              <w:rPr>
                <w:sz w:val="16"/>
                <w:lang w:val="lv-LV"/>
              </w:rPr>
              <w:t>Pamato secinājumu saskaņā ar piemērojamo metodiku</w:t>
            </w:r>
          </w:p>
        </w:tc>
        <w:tc>
          <w:tcPr>
            <w:tcW w:w="2493" w:type="dxa"/>
            <w:shd w:val="clear" w:color="auto" w:fill="FFFFFF"/>
            <w:tcMar>
              <w:top w:w="90" w:type="dxa"/>
              <w:left w:w="90" w:type="dxa"/>
              <w:bottom w:w="90" w:type="dxa"/>
              <w:right w:w="90" w:type="dxa"/>
            </w:tcMar>
            <w:vAlign w:val="center"/>
          </w:tcPr>
          <w:p w14:paraId="329A3754" w14:textId="643561D1" w:rsidR="00FB4EFB" w:rsidRPr="000C0554" w:rsidRDefault="000C0554" w:rsidP="0092033E">
            <w:pPr>
              <w:rPr>
                <w:lang w:val="lv-LV"/>
              </w:rPr>
            </w:pPr>
            <w:r w:rsidRPr="000C0554">
              <w:rPr>
                <w:sz w:val="16"/>
                <w:lang w:val="lv-LV"/>
              </w:rPr>
              <w:t>[Apraksts]</w:t>
            </w:r>
          </w:p>
        </w:tc>
      </w:tr>
    </w:tbl>
    <w:p w14:paraId="39182B7E" w14:textId="77777777" w:rsidR="00FB4EFB" w:rsidRPr="008752FE" w:rsidRDefault="00FB4EFB" w:rsidP="00FB4EFB">
      <w:pPr>
        <w:pStyle w:val="Virsraksts1"/>
        <w:rPr>
          <w:lang w:val="lv-LV"/>
        </w:rPr>
      </w:pPr>
      <w:r w:rsidRPr="008752FE">
        <w:rPr>
          <w:lang w:val="lv-LV"/>
        </w:rPr>
        <w:t>9. Izgatavošana un iekšējā ražošanas kontrole</w:t>
      </w:r>
    </w:p>
    <w:p w14:paraId="6F495AE9" w14:textId="77777777" w:rsidR="00FB4EFB" w:rsidRDefault="00FB4EFB" w:rsidP="00FB4EFB">
      <w:r>
        <w:t>Northstar Carton Works Ltd. ir atbildīgs par to, lai izgatavošanas process un tā monitorings nodrošinātu sērijveidā ražotā iepakojuma atbilstību apstiprinātajai tehniskajai dokumentācijai. Turpmāk norādītās parauga kontroles ilustrē paredzēto struktūru:</w:t>
      </w:r>
    </w:p>
    <w:tbl>
      <w:tblPr>
        <w:tblW w:w="0" w:type="auto"/>
        <w:jc w:val="center"/>
        <w:tblLayout w:type="fixed"/>
        <w:tblLook w:val="04A0" w:firstRow="1" w:lastRow="0" w:firstColumn="1" w:lastColumn="0" w:noHBand="0" w:noVBand="1"/>
      </w:tblPr>
      <w:tblGrid>
        <w:gridCol w:w="3324"/>
        <w:gridCol w:w="3969"/>
        <w:gridCol w:w="3515"/>
      </w:tblGrid>
      <w:tr w:rsidR="00FB4EFB" w14:paraId="4FDF8500" w14:textId="77777777" w:rsidTr="0092033E">
        <w:trPr>
          <w:jc w:val="center"/>
        </w:trPr>
        <w:tc>
          <w:tcPr>
            <w:tcW w:w="3324" w:type="dxa"/>
            <w:shd w:val="clear" w:color="auto" w:fill="1F4E79"/>
            <w:tcMar>
              <w:top w:w="90" w:type="dxa"/>
              <w:left w:w="90" w:type="dxa"/>
              <w:bottom w:w="90" w:type="dxa"/>
              <w:right w:w="90" w:type="dxa"/>
            </w:tcMar>
            <w:vAlign w:val="center"/>
          </w:tcPr>
          <w:p w14:paraId="6C318A30" w14:textId="77777777" w:rsidR="00FB4EFB" w:rsidRDefault="00FB4EFB" w:rsidP="0092033E">
            <w:r>
              <w:rPr>
                <w:b/>
                <w:color w:val="FFFFFF"/>
                <w:sz w:val="16"/>
              </w:rPr>
              <w:t>Posms</w:t>
            </w:r>
          </w:p>
        </w:tc>
        <w:tc>
          <w:tcPr>
            <w:tcW w:w="3324" w:type="dxa"/>
            <w:shd w:val="clear" w:color="auto" w:fill="1F4E79"/>
            <w:tcMar>
              <w:top w:w="90" w:type="dxa"/>
              <w:left w:w="90" w:type="dxa"/>
              <w:bottom w:w="90" w:type="dxa"/>
              <w:right w:w="90" w:type="dxa"/>
            </w:tcMar>
            <w:vAlign w:val="center"/>
          </w:tcPr>
          <w:p w14:paraId="438F42DB" w14:textId="77777777" w:rsidR="00FB4EFB" w:rsidRDefault="00FB4EFB" w:rsidP="0092033E">
            <w:r>
              <w:rPr>
                <w:b/>
                <w:color w:val="FFFFFF"/>
                <w:sz w:val="16"/>
              </w:rPr>
              <w:t>Parauga kontrole</w:t>
            </w:r>
          </w:p>
        </w:tc>
        <w:tc>
          <w:tcPr>
            <w:tcW w:w="3324" w:type="dxa"/>
            <w:shd w:val="clear" w:color="auto" w:fill="1F4E79"/>
            <w:tcMar>
              <w:top w:w="90" w:type="dxa"/>
              <w:left w:w="90" w:type="dxa"/>
              <w:bottom w:w="90" w:type="dxa"/>
              <w:right w:w="90" w:type="dxa"/>
            </w:tcMar>
            <w:vAlign w:val="center"/>
          </w:tcPr>
          <w:p w14:paraId="6A04A94B" w14:textId="77777777" w:rsidR="00FB4EFB" w:rsidRDefault="00FB4EFB" w:rsidP="0092033E">
            <w:r>
              <w:rPr>
                <w:b/>
                <w:color w:val="FFFFFF"/>
                <w:sz w:val="16"/>
              </w:rPr>
              <w:t>Ieraksts</w:t>
            </w:r>
          </w:p>
        </w:tc>
      </w:tr>
      <w:tr w:rsidR="00FB4EFB" w:rsidRPr="000C0554" w14:paraId="73399391" w14:textId="77777777" w:rsidTr="0092033E">
        <w:trPr>
          <w:jc w:val="center"/>
        </w:trPr>
        <w:tc>
          <w:tcPr>
            <w:tcW w:w="1814" w:type="dxa"/>
            <w:shd w:val="clear" w:color="auto" w:fill="F4F7FA"/>
            <w:tcMar>
              <w:top w:w="90" w:type="dxa"/>
              <w:left w:w="90" w:type="dxa"/>
              <w:bottom w:w="90" w:type="dxa"/>
              <w:right w:w="90" w:type="dxa"/>
            </w:tcMar>
            <w:vAlign w:val="center"/>
          </w:tcPr>
          <w:p w14:paraId="4CFE3A46" w14:textId="77777777" w:rsidR="00FB4EFB" w:rsidRDefault="00FB4EFB" w:rsidP="0092033E">
            <w:r>
              <w:rPr>
                <w:sz w:val="16"/>
              </w:rPr>
              <w:t>Piegādātāja apstiprināšana</w:t>
            </w:r>
          </w:p>
        </w:tc>
        <w:tc>
          <w:tcPr>
            <w:tcW w:w="3969" w:type="dxa"/>
            <w:shd w:val="clear" w:color="auto" w:fill="F4F7FA"/>
            <w:tcMar>
              <w:top w:w="90" w:type="dxa"/>
              <w:left w:w="90" w:type="dxa"/>
              <w:bottom w:w="90" w:type="dxa"/>
              <w:right w:w="90" w:type="dxa"/>
            </w:tcMar>
            <w:vAlign w:val="center"/>
          </w:tcPr>
          <w:p w14:paraId="500E7123" w14:textId="77777777" w:rsidR="00FB4EFB" w:rsidRPr="000C0554" w:rsidRDefault="00FB4EFB" w:rsidP="0092033E">
            <w:pPr>
              <w:rPr>
                <w:lang w:val="sv-SE"/>
              </w:rPr>
            </w:pPr>
            <w:r w:rsidRPr="000C0554">
              <w:rPr>
                <w:sz w:val="16"/>
                <w:lang w:val="sv-SE"/>
              </w:rPr>
              <w:t>Apstiprināt kartona, lamināta, krāsu un līmes specifikācijas</w:t>
            </w:r>
          </w:p>
        </w:tc>
        <w:tc>
          <w:tcPr>
            <w:tcW w:w="3515" w:type="dxa"/>
            <w:shd w:val="clear" w:color="auto" w:fill="F4F7FA"/>
            <w:tcMar>
              <w:top w:w="90" w:type="dxa"/>
              <w:left w:w="90" w:type="dxa"/>
              <w:bottom w:w="90" w:type="dxa"/>
              <w:right w:w="90" w:type="dxa"/>
            </w:tcMar>
            <w:vAlign w:val="center"/>
          </w:tcPr>
          <w:p w14:paraId="55172028" w14:textId="77777777" w:rsidR="00FB4EFB" w:rsidRPr="000C0554" w:rsidRDefault="00FB4EFB" w:rsidP="0092033E">
            <w:pPr>
              <w:rPr>
                <w:lang w:val="sv-SE"/>
              </w:rPr>
            </w:pPr>
            <w:r w:rsidRPr="000C0554">
              <w:rPr>
                <w:sz w:val="16"/>
                <w:lang w:val="sv-SE"/>
              </w:rPr>
              <w:t>Apstiprināto piegādātāju saraksts un deklarācijas</w:t>
            </w:r>
          </w:p>
        </w:tc>
      </w:tr>
      <w:tr w:rsidR="00FB4EFB" w14:paraId="4965B118" w14:textId="77777777" w:rsidTr="0092033E">
        <w:trPr>
          <w:jc w:val="center"/>
        </w:trPr>
        <w:tc>
          <w:tcPr>
            <w:tcW w:w="1814" w:type="dxa"/>
            <w:shd w:val="clear" w:color="auto" w:fill="FFFFFF"/>
            <w:tcMar>
              <w:top w:w="90" w:type="dxa"/>
              <w:left w:w="90" w:type="dxa"/>
              <w:bottom w:w="90" w:type="dxa"/>
              <w:right w:w="90" w:type="dxa"/>
            </w:tcMar>
            <w:vAlign w:val="center"/>
          </w:tcPr>
          <w:p w14:paraId="02DF173E" w14:textId="77777777" w:rsidR="00FB4EFB" w:rsidRDefault="00FB4EFB" w:rsidP="0092033E">
            <w:proofErr w:type="spellStart"/>
            <w:r>
              <w:rPr>
                <w:sz w:val="16"/>
              </w:rPr>
              <w:t>Ienākošā</w:t>
            </w:r>
            <w:proofErr w:type="spellEnd"/>
            <w:r>
              <w:rPr>
                <w:sz w:val="16"/>
              </w:rPr>
              <w:t xml:space="preserve"> </w:t>
            </w:r>
            <w:proofErr w:type="spellStart"/>
            <w:r>
              <w:rPr>
                <w:sz w:val="16"/>
              </w:rPr>
              <w:t>pārbaude</w:t>
            </w:r>
            <w:proofErr w:type="spellEnd"/>
          </w:p>
        </w:tc>
        <w:tc>
          <w:tcPr>
            <w:tcW w:w="3969" w:type="dxa"/>
            <w:shd w:val="clear" w:color="auto" w:fill="FFFFFF"/>
            <w:tcMar>
              <w:top w:w="90" w:type="dxa"/>
              <w:left w:w="90" w:type="dxa"/>
              <w:bottom w:w="90" w:type="dxa"/>
              <w:right w:w="90" w:type="dxa"/>
            </w:tcMar>
            <w:vAlign w:val="center"/>
          </w:tcPr>
          <w:p w14:paraId="438B58D9" w14:textId="77777777" w:rsidR="00FB4EFB" w:rsidRDefault="00FB4EFB" w:rsidP="0092033E">
            <w:r>
              <w:rPr>
                <w:sz w:val="16"/>
              </w:rPr>
              <w:t>Pārbaudīt materiāla identitāti, stāvokli un piegādātāja dokumentāciju</w:t>
            </w:r>
          </w:p>
        </w:tc>
        <w:tc>
          <w:tcPr>
            <w:tcW w:w="3515" w:type="dxa"/>
            <w:shd w:val="clear" w:color="auto" w:fill="FFFFFF"/>
            <w:tcMar>
              <w:top w:w="90" w:type="dxa"/>
              <w:left w:w="90" w:type="dxa"/>
              <w:bottom w:w="90" w:type="dxa"/>
              <w:right w:w="90" w:type="dxa"/>
            </w:tcMar>
            <w:vAlign w:val="center"/>
          </w:tcPr>
          <w:p w14:paraId="53DC66EF" w14:textId="77777777" w:rsidR="00FB4EFB" w:rsidRDefault="00FB4EFB" w:rsidP="0092033E">
            <w:r>
              <w:rPr>
                <w:sz w:val="16"/>
              </w:rPr>
              <w:t>Ienākošās pārbaudes ieraksts</w:t>
            </w:r>
          </w:p>
        </w:tc>
      </w:tr>
      <w:tr w:rsidR="00FB4EFB" w14:paraId="36777F38" w14:textId="77777777" w:rsidTr="0092033E">
        <w:trPr>
          <w:jc w:val="center"/>
        </w:trPr>
        <w:tc>
          <w:tcPr>
            <w:tcW w:w="1814" w:type="dxa"/>
            <w:shd w:val="clear" w:color="auto" w:fill="F4F7FA"/>
            <w:tcMar>
              <w:top w:w="90" w:type="dxa"/>
              <w:left w:w="90" w:type="dxa"/>
              <w:bottom w:w="90" w:type="dxa"/>
              <w:right w:w="90" w:type="dxa"/>
            </w:tcMar>
            <w:vAlign w:val="center"/>
          </w:tcPr>
          <w:p w14:paraId="5D47D07D" w14:textId="77777777" w:rsidR="00FB4EFB" w:rsidRDefault="00FB4EFB" w:rsidP="0092033E">
            <w:r>
              <w:rPr>
                <w:sz w:val="16"/>
              </w:rPr>
              <w:t>Apdruka un laminēšana</w:t>
            </w:r>
          </w:p>
        </w:tc>
        <w:tc>
          <w:tcPr>
            <w:tcW w:w="3969" w:type="dxa"/>
            <w:shd w:val="clear" w:color="auto" w:fill="F4F7FA"/>
            <w:tcMar>
              <w:top w:w="90" w:type="dxa"/>
              <w:left w:w="90" w:type="dxa"/>
              <w:bottom w:w="90" w:type="dxa"/>
              <w:right w:w="90" w:type="dxa"/>
            </w:tcMar>
            <w:vAlign w:val="center"/>
          </w:tcPr>
          <w:p w14:paraId="27164565" w14:textId="77777777" w:rsidR="00FB4EFB" w:rsidRPr="000C0554" w:rsidRDefault="00FB4EFB" w:rsidP="0092033E">
            <w:pPr>
              <w:rPr>
                <w:lang w:val="sv-SE"/>
              </w:rPr>
            </w:pPr>
            <w:r w:rsidRPr="000C0554">
              <w:rPr>
                <w:sz w:val="16"/>
                <w:lang w:val="sv-SE"/>
              </w:rPr>
              <w:t>Kontrolēt maketa redakciju, pārklājuma masu un vizuālo kvalitāti</w:t>
            </w:r>
          </w:p>
        </w:tc>
        <w:tc>
          <w:tcPr>
            <w:tcW w:w="3515" w:type="dxa"/>
            <w:shd w:val="clear" w:color="auto" w:fill="F4F7FA"/>
            <w:tcMar>
              <w:top w:w="90" w:type="dxa"/>
              <w:left w:w="90" w:type="dxa"/>
              <w:bottom w:w="90" w:type="dxa"/>
              <w:right w:w="90" w:type="dxa"/>
            </w:tcMar>
            <w:vAlign w:val="center"/>
          </w:tcPr>
          <w:p w14:paraId="1C710272" w14:textId="77777777" w:rsidR="00FB4EFB" w:rsidRDefault="00FB4EFB" w:rsidP="0092033E">
            <w:proofErr w:type="spellStart"/>
            <w:r>
              <w:rPr>
                <w:sz w:val="16"/>
              </w:rPr>
              <w:t>Partijas</w:t>
            </w:r>
            <w:proofErr w:type="spellEnd"/>
            <w:r>
              <w:rPr>
                <w:sz w:val="16"/>
              </w:rPr>
              <w:t xml:space="preserve"> </w:t>
            </w:r>
            <w:proofErr w:type="spellStart"/>
            <w:r>
              <w:rPr>
                <w:sz w:val="16"/>
              </w:rPr>
              <w:t>ražošanas</w:t>
            </w:r>
            <w:proofErr w:type="spellEnd"/>
            <w:r>
              <w:rPr>
                <w:sz w:val="16"/>
              </w:rPr>
              <w:t xml:space="preserve"> </w:t>
            </w:r>
            <w:proofErr w:type="spellStart"/>
            <w:r>
              <w:rPr>
                <w:sz w:val="16"/>
              </w:rPr>
              <w:t>lapa</w:t>
            </w:r>
            <w:proofErr w:type="spellEnd"/>
          </w:p>
        </w:tc>
      </w:tr>
      <w:tr w:rsidR="00FB4EFB" w14:paraId="1746ADC3" w14:textId="77777777" w:rsidTr="0092033E">
        <w:trPr>
          <w:jc w:val="center"/>
        </w:trPr>
        <w:tc>
          <w:tcPr>
            <w:tcW w:w="1814" w:type="dxa"/>
            <w:shd w:val="clear" w:color="auto" w:fill="FFFFFF"/>
            <w:tcMar>
              <w:top w:w="90" w:type="dxa"/>
              <w:left w:w="90" w:type="dxa"/>
              <w:bottom w:w="90" w:type="dxa"/>
              <w:right w:w="90" w:type="dxa"/>
            </w:tcMar>
            <w:vAlign w:val="center"/>
          </w:tcPr>
          <w:p w14:paraId="21585CD7" w14:textId="77777777" w:rsidR="00FB4EFB" w:rsidRDefault="00FB4EFB" w:rsidP="0092033E">
            <w:r>
              <w:rPr>
                <w:sz w:val="16"/>
              </w:rPr>
              <w:t>Izciršana un līmēšana</w:t>
            </w:r>
          </w:p>
        </w:tc>
        <w:tc>
          <w:tcPr>
            <w:tcW w:w="3969" w:type="dxa"/>
            <w:shd w:val="clear" w:color="auto" w:fill="FFFFFF"/>
            <w:tcMar>
              <w:top w:w="90" w:type="dxa"/>
              <w:left w:w="90" w:type="dxa"/>
              <w:bottom w:w="90" w:type="dxa"/>
              <w:right w:w="90" w:type="dxa"/>
            </w:tcMar>
            <w:vAlign w:val="center"/>
          </w:tcPr>
          <w:p w14:paraId="55EE613F" w14:textId="77777777" w:rsidR="00FB4EFB" w:rsidRDefault="00FB4EFB" w:rsidP="0092033E">
            <w:r>
              <w:rPr>
                <w:sz w:val="16"/>
              </w:rPr>
              <w:t>Pārbaudīt izmērus, locījuma kvalitāti un līmējuma integritāti</w:t>
            </w:r>
          </w:p>
        </w:tc>
        <w:tc>
          <w:tcPr>
            <w:tcW w:w="3515" w:type="dxa"/>
            <w:shd w:val="clear" w:color="auto" w:fill="FFFFFF"/>
            <w:tcMar>
              <w:top w:w="90" w:type="dxa"/>
              <w:left w:w="90" w:type="dxa"/>
              <w:bottom w:w="90" w:type="dxa"/>
              <w:right w:w="90" w:type="dxa"/>
            </w:tcMar>
            <w:vAlign w:val="center"/>
          </w:tcPr>
          <w:p w14:paraId="3515901E" w14:textId="77777777" w:rsidR="00FB4EFB" w:rsidRDefault="00FB4EFB" w:rsidP="0092033E">
            <w:r>
              <w:rPr>
                <w:sz w:val="16"/>
              </w:rPr>
              <w:t>Procesa pārbaudes ieraksts</w:t>
            </w:r>
          </w:p>
        </w:tc>
      </w:tr>
      <w:tr w:rsidR="00FB4EFB" w14:paraId="792079B8" w14:textId="77777777" w:rsidTr="0092033E">
        <w:trPr>
          <w:jc w:val="center"/>
        </w:trPr>
        <w:tc>
          <w:tcPr>
            <w:tcW w:w="1814" w:type="dxa"/>
            <w:shd w:val="clear" w:color="auto" w:fill="F4F7FA"/>
            <w:tcMar>
              <w:top w:w="90" w:type="dxa"/>
              <w:left w:w="90" w:type="dxa"/>
              <w:bottom w:w="90" w:type="dxa"/>
              <w:right w:w="90" w:type="dxa"/>
            </w:tcMar>
            <w:vAlign w:val="center"/>
          </w:tcPr>
          <w:p w14:paraId="0D84C3AC" w14:textId="77777777" w:rsidR="00FB4EFB" w:rsidRDefault="00FB4EFB" w:rsidP="0092033E">
            <w:r>
              <w:rPr>
                <w:sz w:val="16"/>
              </w:rPr>
              <w:t>Galīgā izlaišana</w:t>
            </w:r>
          </w:p>
        </w:tc>
        <w:tc>
          <w:tcPr>
            <w:tcW w:w="3969" w:type="dxa"/>
            <w:shd w:val="clear" w:color="auto" w:fill="F4F7FA"/>
            <w:tcMar>
              <w:top w:w="90" w:type="dxa"/>
              <w:left w:w="90" w:type="dxa"/>
              <w:bottom w:w="90" w:type="dxa"/>
              <w:right w:w="90" w:type="dxa"/>
            </w:tcMar>
            <w:vAlign w:val="center"/>
          </w:tcPr>
          <w:p w14:paraId="395348F2" w14:textId="77777777" w:rsidR="00FB4EFB" w:rsidRPr="000C0554" w:rsidRDefault="00FB4EFB" w:rsidP="0092033E">
            <w:pPr>
              <w:rPr>
                <w:lang w:val="sv-SE"/>
              </w:rPr>
            </w:pPr>
            <w:r w:rsidRPr="000C0554">
              <w:rPr>
                <w:sz w:val="16"/>
                <w:lang w:val="sv-SE"/>
              </w:rPr>
              <w:t>Apstiprināt iepakojuma ID, masu, izmērus un dokumenta statusu</w:t>
            </w:r>
          </w:p>
        </w:tc>
        <w:tc>
          <w:tcPr>
            <w:tcW w:w="3515" w:type="dxa"/>
            <w:shd w:val="clear" w:color="auto" w:fill="F4F7FA"/>
            <w:tcMar>
              <w:top w:w="90" w:type="dxa"/>
              <w:left w:w="90" w:type="dxa"/>
              <w:bottom w:w="90" w:type="dxa"/>
              <w:right w:w="90" w:type="dxa"/>
            </w:tcMar>
            <w:vAlign w:val="center"/>
          </w:tcPr>
          <w:p w14:paraId="4B222CE0" w14:textId="77777777" w:rsidR="00FB4EFB" w:rsidRDefault="00FB4EFB" w:rsidP="0092033E">
            <w:proofErr w:type="spellStart"/>
            <w:r>
              <w:rPr>
                <w:sz w:val="16"/>
              </w:rPr>
              <w:t>Partijas</w:t>
            </w:r>
            <w:proofErr w:type="spellEnd"/>
            <w:r>
              <w:rPr>
                <w:sz w:val="16"/>
              </w:rPr>
              <w:t xml:space="preserve"> </w:t>
            </w:r>
            <w:proofErr w:type="spellStart"/>
            <w:r>
              <w:rPr>
                <w:sz w:val="16"/>
              </w:rPr>
              <w:t>izlaišanas</w:t>
            </w:r>
            <w:proofErr w:type="spellEnd"/>
            <w:r>
              <w:rPr>
                <w:sz w:val="16"/>
              </w:rPr>
              <w:t xml:space="preserve"> </w:t>
            </w:r>
            <w:proofErr w:type="spellStart"/>
            <w:r>
              <w:rPr>
                <w:sz w:val="16"/>
              </w:rPr>
              <w:t>ieraksts</w:t>
            </w:r>
            <w:proofErr w:type="spellEnd"/>
          </w:p>
        </w:tc>
      </w:tr>
      <w:tr w:rsidR="00FB4EFB" w14:paraId="0B28C982" w14:textId="77777777" w:rsidTr="0092033E">
        <w:trPr>
          <w:jc w:val="center"/>
        </w:trPr>
        <w:tc>
          <w:tcPr>
            <w:tcW w:w="1814" w:type="dxa"/>
            <w:shd w:val="clear" w:color="auto" w:fill="FFFFFF"/>
            <w:tcMar>
              <w:top w:w="90" w:type="dxa"/>
              <w:left w:w="90" w:type="dxa"/>
              <w:bottom w:w="90" w:type="dxa"/>
              <w:right w:w="90" w:type="dxa"/>
            </w:tcMar>
            <w:vAlign w:val="center"/>
          </w:tcPr>
          <w:p w14:paraId="6DEA7AB5" w14:textId="77777777" w:rsidR="00FB4EFB" w:rsidRDefault="00FB4EFB" w:rsidP="0092033E">
            <w:r>
              <w:rPr>
                <w:sz w:val="16"/>
              </w:rPr>
              <w:t>Izmaiņu kontrole</w:t>
            </w:r>
          </w:p>
        </w:tc>
        <w:tc>
          <w:tcPr>
            <w:tcW w:w="3969" w:type="dxa"/>
            <w:shd w:val="clear" w:color="auto" w:fill="FFFFFF"/>
            <w:tcMar>
              <w:top w:w="90" w:type="dxa"/>
              <w:left w:w="90" w:type="dxa"/>
              <w:bottom w:w="90" w:type="dxa"/>
              <w:right w:w="90" w:type="dxa"/>
            </w:tcMar>
            <w:vAlign w:val="center"/>
          </w:tcPr>
          <w:p w14:paraId="57725D20" w14:textId="77777777" w:rsidR="00FB4EFB" w:rsidRDefault="00FB4EFB" w:rsidP="0092033E">
            <w:r>
              <w:rPr>
                <w:sz w:val="16"/>
              </w:rPr>
              <w:t>Atkārtoti izvērtēt atbilstību pēc materiāla, dizaina vai procesa izmaiņām</w:t>
            </w:r>
          </w:p>
        </w:tc>
        <w:tc>
          <w:tcPr>
            <w:tcW w:w="3515" w:type="dxa"/>
            <w:shd w:val="clear" w:color="auto" w:fill="FFFFFF"/>
            <w:tcMar>
              <w:top w:w="90" w:type="dxa"/>
              <w:left w:w="90" w:type="dxa"/>
              <w:bottom w:w="90" w:type="dxa"/>
              <w:right w:w="90" w:type="dxa"/>
            </w:tcMar>
            <w:vAlign w:val="center"/>
          </w:tcPr>
          <w:p w14:paraId="596B79B4" w14:textId="77777777" w:rsidR="00FB4EFB" w:rsidRDefault="00FB4EFB" w:rsidP="0092033E">
            <w:r>
              <w:rPr>
                <w:sz w:val="16"/>
              </w:rPr>
              <w:t>Tehnisko izmaiņu ieraksts</w:t>
            </w:r>
          </w:p>
        </w:tc>
      </w:tr>
      <w:tr w:rsidR="00FB4EFB" w14:paraId="42BDD124" w14:textId="77777777" w:rsidTr="0092033E">
        <w:trPr>
          <w:jc w:val="center"/>
        </w:trPr>
        <w:tc>
          <w:tcPr>
            <w:tcW w:w="1814" w:type="dxa"/>
            <w:shd w:val="clear" w:color="auto" w:fill="F4F7FA"/>
            <w:tcMar>
              <w:top w:w="90" w:type="dxa"/>
              <w:left w:w="90" w:type="dxa"/>
              <w:bottom w:w="90" w:type="dxa"/>
              <w:right w:w="90" w:type="dxa"/>
            </w:tcMar>
            <w:vAlign w:val="center"/>
          </w:tcPr>
          <w:p w14:paraId="36C72EE8" w14:textId="77777777" w:rsidR="00FB4EFB" w:rsidRDefault="00FB4EFB" w:rsidP="0092033E">
            <w:r>
              <w:rPr>
                <w:sz w:val="16"/>
              </w:rPr>
              <w:lastRenderedPageBreak/>
              <w:t>Neatbilstība</w:t>
            </w:r>
          </w:p>
        </w:tc>
        <w:tc>
          <w:tcPr>
            <w:tcW w:w="3969" w:type="dxa"/>
            <w:shd w:val="clear" w:color="auto" w:fill="F4F7FA"/>
            <w:tcMar>
              <w:top w:w="90" w:type="dxa"/>
              <w:left w:w="90" w:type="dxa"/>
              <w:bottom w:w="90" w:type="dxa"/>
              <w:right w:w="90" w:type="dxa"/>
            </w:tcMar>
            <w:vAlign w:val="center"/>
          </w:tcPr>
          <w:p w14:paraId="125F5A58" w14:textId="77777777" w:rsidR="00FB4EFB" w:rsidRDefault="00FB4EFB" w:rsidP="0092033E">
            <w:r>
              <w:rPr>
                <w:sz w:val="16"/>
              </w:rPr>
              <w:t>Nošķirt, izmeklēt un noteikt rīcību ar neatbilstošu produkciju</w:t>
            </w:r>
          </w:p>
        </w:tc>
        <w:tc>
          <w:tcPr>
            <w:tcW w:w="3515" w:type="dxa"/>
            <w:shd w:val="clear" w:color="auto" w:fill="F4F7FA"/>
            <w:tcMar>
              <w:top w:w="90" w:type="dxa"/>
              <w:left w:w="90" w:type="dxa"/>
              <w:bottom w:w="90" w:type="dxa"/>
              <w:right w:w="90" w:type="dxa"/>
            </w:tcMar>
            <w:vAlign w:val="center"/>
          </w:tcPr>
          <w:p w14:paraId="6F199032" w14:textId="77777777" w:rsidR="00FB4EFB" w:rsidRDefault="00FB4EFB" w:rsidP="0092033E">
            <w:r>
              <w:rPr>
                <w:sz w:val="16"/>
              </w:rPr>
              <w:t>Neatbilstības un korektīvo un preventīvo darbību ieraksts</w:t>
            </w:r>
          </w:p>
        </w:tc>
      </w:tr>
    </w:tbl>
    <w:p w14:paraId="070D190A" w14:textId="77777777" w:rsidR="00FB4EFB" w:rsidRDefault="00FB4EFB" w:rsidP="00FB4EFB">
      <w:pPr>
        <w:pStyle w:val="Virsraksts1"/>
      </w:pPr>
      <w:r>
        <w:t>10. Deklarācija, ieraksti un dokumentu glabāšana</w:t>
      </w:r>
    </w:p>
    <w:p w14:paraId="1C8648A3" w14:textId="77777777" w:rsidR="00FB4EFB" w:rsidRDefault="00FB4EFB" w:rsidP="00FB4EFB">
      <w:pPr>
        <w:pStyle w:val="Sarakstaaizzme"/>
        <w:spacing w:after="80"/>
      </w:pPr>
      <w:r>
        <w:t>Saistītā deklarācija: ES atbilstības deklarācija Nr. PPWR-BCC-2026-001.</w:t>
      </w:r>
    </w:p>
    <w:p w14:paraId="669D4AF0" w14:textId="77777777" w:rsidR="00FB4EFB" w:rsidRDefault="00FB4EFB" w:rsidP="00FB4EFB">
      <w:pPr>
        <w:pStyle w:val="Sarakstaaizzme"/>
        <w:spacing w:after="80"/>
      </w:pPr>
      <w:r>
        <w:t>Iepakojuma identifikācija: BCC-LC-250-001.</w:t>
      </w:r>
    </w:p>
    <w:p w14:paraId="3B50BC18" w14:textId="77777777" w:rsidR="00FB4EFB" w:rsidRDefault="00FB4EFB" w:rsidP="00FB4EFB">
      <w:pPr>
        <w:pStyle w:val="Sarakstaaizzme"/>
        <w:spacing w:after="80"/>
      </w:pPr>
      <w:r>
        <w:t>Šis paraugs attiecas uz vienreizlietojamu iepakojumu. Izgatavotāja galīgajā dokumentācijā jāpiemēro tiesību aktos noteiktais glabāšanas termiņš un pēc kompetento iestāžu pieprasījuma jānodrošina deklarācijas pieejamība.</w:t>
      </w:r>
    </w:p>
    <w:p w14:paraId="234CB592" w14:textId="77777777" w:rsidR="00FB4EFB" w:rsidRDefault="00FB4EFB" w:rsidP="00FB4EFB">
      <w:pPr>
        <w:pStyle w:val="Sarakstaaizzme"/>
        <w:spacing w:after="80"/>
      </w:pPr>
      <w:r>
        <w:t>Parakstīto deklarāciju drīkst pamatot tikai ar kontrolētām un apstiprinātām rasējumu, specifikāciju, novērtējumu un testēšanas pārskatu versijām.</w:t>
      </w:r>
    </w:p>
    <w:p w14:paraId="50DE5524" w14:textId="77777777" w:rsidR="00FB4EFB" w:rsidRDefault="00FB4EFB" w:rsidP="00FB4EFB">
      <w:pPr>
        <w:pStyle w:val="Virsraksts1"/>
      </w:pPr>
      <w:r>
        <w:t>11. Parauga apstiprināšanas ieraksts</w:t>
      </w:r>
    </w:p>
    <w:tbl>
      <w:tblPr>
        <w:tblW w:w="0" w:type="auto"/>
        <w:jc w:val="center"/>
        <w:tblLayout w:type="fixed"/>
        <w:tblLook w:val="04A0" w:firstRow="1" w:lastRow="0" w:firstColumn="1" w:lastColumn="0" w:noHBand="0" w:noVBand="1"/>
      </w:tblPr>
      <w:tblGrid>
        <w:gridCol w:w="4986"/>
        <w:gridCol w:w="4986"/>
      </w:tblGrid>
      <w:tr w:rsidR="00FB4EFB" w:rsidRPr="000C0554" w14:paraId="38A2762A" w14:textId="77777777" w:rsidTr="0092033E">
        <w:trPr>
          <w:jc w:val="center"/>
        </w:trPr>
        <w:tc>
          <w:tcPr>
            <w:tcW w:w="4986" w:type="dxa"/>
            <w:shd w:val="clear" w:color="auto" w:fill="EAF2F8"/>
            <w:tcMar>
              <w:top w:w="90" w:type="dxa"/>
              <w:left w:w="90" w:type="dxa"/>
              <w:bottom w:w="90" w:type="dxa"/>
              <w:right w:w="90" w:type="dxa"/>
            </w:tcMar>
            <w:vAlign w:val="center"/>
          </w:tcPr>
          <w:p w14:paraId="7C751B45" w14:textId="77777777" w:rsidR="00FB4EFB" w:rsidRDefault="00FB4EFB" w:rsidP="0092033E">
            <w:r>
              <w:rPr>
                <w:b/>
                <w:color w:val="365F91"/>
                <w:sz w:val="18"/>
              </w:rPr>
              <w:t>Sagatavoja</w:t>
            </w:r>
          </w:p>
        </w:tc>
        <w:tc>
          <w:tcPr>
            <w:tcW w:w="4986" w:type="dxa"/>
            <w:tcMar>
              <w:top w:w="90" w:type="dxa"/>
              <w:left w:w="90" w:type="dxa"/>
              <w:bottom w:w="90" w:type="dxa"/>
              <w:right w:w="90" w:type="dxa"/>
            </w:tcMar>
            <w:vAlign w:val="center"/>
          </w:tcPr>
          <w:p w14:paraId="33A41410" w14:textId="77777777" w:rsidR="00FB4EFB" w:rsidRPr="000C0554" w:rsidRDefault="00FB4EFB" w:rsidP="0092033E">
            <w:pPr>
              <w:rPr>
                <w:lang w:val="sv-SE"/>
              </w:rPr>
            </w:pPr>
            <w:r w:rsidRPr="000C0554">
              <w:rPr>
                <w:sz w:val="18"/>
                <w:lang w:val="sv-SE"/>
              </w:rPr>
              <w:t>Alex Example, Kvalitātes un normatīvās atbilstības vadītājs</w:t>
            </w:r>
          </w:p>
        </w:tc>
      </w:tr>
      <w:tr w:rsidR="00FB4EFB" w14:paraId="6D30E15D" w14:textId="77777777" w:rsidTr="0092033E">
        <w:trPr>
          <w:jc w:val="center"/>
        </w:trPr>
        <w:tc>
          <w:tcPr>
            <w:tcW w:w="4986" w:type="dxa"/>
            <w:shd w:val="clear" w:color="auto" w:fill="EAF2F8"/>
            <w:tcMar>
              <w:top w:w="90" w:type="dxa"/>
              <w:left w:w="90" w:type="dxa"/>
              <w:bottom w:w="90" w:type="dxa"/>
              <w:right w:w="90" w:type="dxa"/>
            </w:tcMar>
            <w:vAlign w:val="center"/>
          </w:tcPr>
          <w:p w14:paraId="4B9C069E" w14:textId="77777777" w:rsidR="00FB4EFB" w:rsidRDefault="00FB4EFB" w:rsidP="0092033E">
            <w:proofErr w:type="spellStart"/>
            <w:r>
              <w:rPr>
                <w:b/>
                <w:color w:val="365F91"/>
                <w:sz w:val="18"/>
              </w:rPr>
              <w:t>Pārbaudīja</w:t>
            </w:r>
            <w:proofErr w:type="spellEnd"/>
          </w:p>
        </w:tc>
        <w:tc>
          <w:tcPr>
            <w:tcW w:w="4986" w:type="dxa"/>
            <w:tcMar>
              <w:top w:w="90" w:type="dxa"/>
              <w:left w:w="90" w:type="dxa"/>
              <w:bottom w:w="90" w:type="dxa"/>
              <w:right w:w="90" w:type="dxa"/>
            </w:tcMar>
            <w:vAlign w:val="center"/>
          </w:tcPr>
          <w:p w14:paraId="3BB6C1AD" w14:textId="77777777" w:rsidR="00FB4EFB" w:rsidRDefault="00FB4EFB" w:rsidP="0092033E">
            <w:r>
              <w:rPr>
                <w:sz w:val="18"/>
              </w:rPr>
              <w:t>Taylor Sample, Iepakojuma izstrādes vadītājs</w:t>
            </w:r>
          </w:p>
        </w:tc>
      </w:tr>
      <w:tr w:rsidR="00FB4EFB" w14:paraId="2DD857A0" w14:textId="77777777" w:rsidTr="0092033E">
        <w:trPr>
          <w:jc w:val="center"/>
        </w:trPr>
        <w:tc>
          <w:tcPr>
            <w:tcW w:w="4986" w:type="dxa"/>
            <w:shd w:val="clear" w:color="auto" w:fill="EAF2F8"/>
            <w:tcMar>
              <w:top w:w="90" w:type="dxa"/>
              <w:left w:w="90" w:type="dxa"/>
              <w:bottom w:w="90" w:type="dxa"/>
              <w:right w:w="90" w:type="dxa"/>
            </w:tcMar>
            <w:vAlign w:val="center"/>
          </w:tcPr>
          <w:p w14:paraId="07428C9F" w14:textId="77777777" w:rsidR="00FB4EFB" w:rsidRDefault="00FB4EFB" w:rsidP="0092033E">
            <w:r>
              <w:rPr>
                <w:b/>
                <w:color w:val="365F91"/>
                <w:sz w:val="18"/>
              </w:rPr>
              <w:t>Datums</w:t>
            </w:r>
          </w:p>
        </w:tc>
        <w:tc>
          <w:tcPr>
            <w:tcW w:w="4986" w:type="dxa"/>
            <w:tcMar>
              <w:top w:w="90" w:type="dxa"/>
              <w:left w:w="90" w:type="dxa"/>
              <w:bottom w:w="90" w:type="dxa"/>
              <w:right w:w="90" w:type="dxa"/>
            </w:tcMar>
            <w:vAlign w:val="center"/>
          </w:tcPr>
          <w:p w14:paraId="1F196F87" w14:textId="77777777" w:rsidR="00FB4EFB" w:rsidRDefault="00FB4EFB" w:rsidP="0092033E">
            <w:r>
              <w:rPr>
                <w:sz w:val="18"/>
              </w:rPr>
              <w:t>2026. gada 11. septembris</w:t>
            </w:r>
          </w:p>
        </w:tc>
      </w:tr>
      <w:tr w:rsidR="00FB4EFB" w14:paraId="3825D704" w14:textId="77777777" w:rsidTr="0092033E">
        <w:trPr>
          <w:jc w:val="center"/>
        </w:trPr>
        <w:tc>
          <w:tcPr>
            <w:tcW w:w="4986" w:type="dxa"/>
            <w:shd w:val="clear" w:color="auto" w:fill="EAF2F8"/>
            <w:tcMar>
              <w:top w:w="90" w:type="dxa"/>
              <w:left w:w="90" w:type="dxa"/>
              <w:bottom w:w="90" w:type="dxa"/>
              <w:right w:w="90" w:type="dxa"/>
            </w:tcMar>
            <w:vAlign w:val="center"/>
          </w:tcPr>
          <w:p w14:paraId="5FA656D6" w14:textId="77777777" w:rsidR="00FB4EFB" w:rsidRDefault="00FB4EFB" w:rsidP="0092033E">
            <w:r>
              <w:rPr>
                <w:b/>
                <w:color w:val="365F91"/>
                <w:sz w:val="18"/>
              </w:rPr>
              <w:t>Apstiprinājums / paraksts</w:t>
            </w:r>
          </w:p>
        </w:tc>
        <w:tc>
          <w:tcPr>
            <w:tcW w:w="4986" w:type="dxa"/>
            <w:tcMar>
              <w:top w:w="90" w:type="dxa"/>
              <w:left w:w="90" w:type="dxa"/>
              <w:bottom w:w="90" w:type="dxa"/>
              <w:right w:w="90" w:type="dxa"/>
            </w:tcMar>
            <w:vAlign w:val="center"/>
          </w:tcPr>
          <w:p w14:paraId="0B5E350C" w14:textId="77777777" w:rsidR="00FB4EFB" w:rsidRDefault="00FB4EFB" w:rsidP="0092033E">
            <w:r>
              <w:rPr>
                <w:sz w:val="18"/>
              </w:rPr>
              <w:t>____________________________</w:t>
            </w:r>
          </w:p>
        </w:tc>
      </w:tr>
    </w:tbl>
    <w:p w14:paraId="1EB67D23" w14:textId="77777777" w:rsidR="00FB4EFB" w:rsidRDefault="00FB4EFB" w:rsidP="00FB4EFB"/>
    <w:p w14:paraId="7E602422" w14:textId="77777777" w:rsidR="00B36E40" w:rsidRDefault="00B36E40"/>
    <w:sectPr w:rsidR="00B36E40" w:rsidSect="00034616">
      <w:headerReference w:type="even" r:id="rId8"/>
      <w:headerReference w:type="default" r:id="rId9"/>
      <w:footerReference w:type="default" r:id="rId10"/>
      <w:headerReference w:type="first" r:id="rId11"/>
      <w:pgSz w:w="12240" w:h="15840"/>
      <w:pgMar w:top="1020" w:right="1247" w:bottom="96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21608" w14:textId="77777777" w:rsidR="0060658C" w:rsidRDefault="0060658C">
      <w:pPr>
        <w:spacing w:after="0" w:line="240" w:lineRule="auto"/>
      </w:pPr>
      <w:r>
        <w:separator/>
      </w:r>
    </w:p>
  </w:endnote>
  <w:endnote w:type="continuationSeparator" w:id="0">
    <w:p w14:paraId="41931F6B" w14:textId="77777777" w:rsidR="0060658C" w:rsidRDefault="00606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4EE9" w14:textId="2A33D81B" w:rsidR="000B0055" w:rsidRPr="008752FE" w:rsidRDefault="008752FE">
    <w:pPr>
      <w:pStyle w:val="Kjene"/>
      <w:jc w:val="center"/>
      <w:rPr>
        <w:lang w:val="lv-LV"/>
      </w:rPr>
    </w:pPr>
    <w:r w:rsidRPr="008752FE">
      <w:rPr>
        <w:color w:val="646464"/>
        <w:sz w:val="15"/>
        <w:lang w:val="lv-LV"/>
      </w:rPr>
      <w:t>Aizpildīts piemērs</w:t>
    </w:r>
    <w:r w:rsidR="00B36E40" w:rsidRPr="008752FE">
      <w:rPr>
        <w:color w:val="646464"/>
        <w:sz w:val="15"/>
        <w:lang w:val="lv-LV"/>
      </w:rPr>
      <w:t xml:space="preserve"> | </w:t>
    </w:r>
    <w:r w:rsidRPr="008752FE">
      <w:rPr>
        <w:color w:val="646464"/>
        <w:sz w:val="15"/>
        <w:lang w:val="lv-LV"/>
      </w:rPr>
      <w:t>ES atbilstības deklarācija | Laminēts kartona iepakojums cepumu kūciņām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75D3" w14:textId="77777777" w:rsidR="0060658C" w:rsidRDefault="0060658C">
      <w:pPr>
        <w:spacing w:after="0" w:line="240" w:lineRule="auto"/>
      </w:pPr>
      <w:r>
        <w:separator/>
      </w:r>
    </w:p>
  </w:footnote>
  <w:footnote w:type="continuationSeparator" w:id="0">
    <w:p w14:paraId="7AF4F18D" w14:textId="77777777" w:rsidR="0060658C" w:rsidRDefault="00606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5B28D" w14:textId="2E668707" w:rsidR="00FB4EFB" w:rsidRDefault="0060658C">
    <w:pPr>
      <w:pStyle w:val="Galvene"/>
    </w:pPr>
    <w:r>
      <w:rPr>
        <w:noProof/>
      </w:rPr>
      <w:pict w14:anchorId="7B7E11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574626" o:spid="_x0000_s1026" type="#_x0000_t136" style="position:absolute;margin-left:0;margin-top:0;width:480.9pt;height:206.1pt;rotation:315;z-index:-251655168;mso-position-horizontal:center;mso-position-horizontal-relative:margin;mso-position-vertical:center;mso-position-vertical-relative:margin" o:allowincell="f" fillcolor="silver" stroked="f">
          <v:fill opacity=".5"/>
          <v:textpath style="font-family:&quot;Calibri&quot;;font-size:1pt" string="PARAUG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D78F" w14:textId="650AAD42" w:rsidR="00FB4EFB" w:rsidRDefault="0060658C">
    <w:pPr>
      <w:pStyle w:val="Galvene"/>
    </w:pPr>
    <w:r>
      <w:rPr>
        <w:noProof/>
      </w:rPr>
      <w:pict w14:anchorId="617874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574627" o:spid="_x0000_s1027" type="#_x0000_t136" style="position:absolute;margin-left:0;margin-top:0;width:480.9pt;height:206.1pt;rotation:315;z-index:-251653120;mso-position-horizontal:center;mso-position-horizontal-relative:margin;mso-position-vertical:center;mso-position-vertical-relative:margin" o:allowincell="f" fillcolor="silver" stroked="f">
          <v:fill opacity=".5"/>
          <v:textpath style="font-family:&quot;Calibri&quot;;font-size:1pt" string="PARAUG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5F4E" w14:textId="7BC1433C" w:rsidR="00FB4EFB" w:rsidRDefault="0060658C">
    <w:pPr>
      <w:pStyle w:val="Galvene"/>
    </w:pPr>
    <w:r>
      <w:rPr>
        <w:noProof/>
      </w:rPr>
      <w:pict w14:anchorId="6DF219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574625" o:spid="_x0000_s1025" type="#_x0000_t136" style="position:absolute;margin-left:0;margin-top:0;width:480.9pt;height:206.1pt;rotation:315;z-index:-251657216;mso-position-horizontal:center;mso-position-horizontal-relative:margin;mso-position-vertical:center;mso-position-vertical-relative:margin" o:allowincell="f" fillcolor="silver" stroked="f">
          <v:fill opacity=".5"/>
          <v:textpath style="font-family:&quot;Calibri&quot;;font-size:1pt" string="PARAUG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arakstanumur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arakstanumur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arakstaaizzm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arakstaaizzm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arakstanumur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arakstaaizzme"/>
      <w:lvlText w:val=""/>
      <w:lvlJc w:val="left"/>
      <w:pPr>
        <w:tabs>
          <w:tab w:val="num" w:pos="360"/>
        </w:tabs>
        <w:ind w:left="360" w:hanging="360"/>
      </w:pPr>
      <w:rPr>
        <w:rFonts w:ascii="Symbol" w:hAnsi="Symbol" w:hint="default"/>
      </w:rPr>
    </w:lvl>
  </w:abstractNum>
  <w:num w:numId="1" w16cid:durableId="80373788">
    <w:abstractNumId w:val="8"/>
  </w:num>
  <w:num w:numId="2" w16cid:durableId="1844130228">
    <w:abstractNumId w:val="6"/>
  </w:num>
  <w:num w:numId="3" w16cid:durableId="889458047">
    <w:abstractNumId w:val="5"/>
  </w:num>
  <w:num w:numId="4" w16cid:durableId="1174563895">
    <w:abstractNumId w:val="4"/>
  </w:num>
  <w:num w:numId="5" w16cid:durableId="639774726">
    <w:abstractNumId w:val="7"/>
  </w:num>
  <w:num w:numId="6" w16cid:durableId="365645186">
    <w:abstractNumId w:val="3"/>
  </w:num>
  <w:num w:numId="7" w16cid:durableId="2145148611">
    <w:abstractNumId w:val="2"/>
  </w:num>
  <w:num w:numId="8" w16cid:durableId="2006010719">
    <w:abstractNumId w:val="1"/>
  </w:num>
  <w:num w:numId="9" w16cid:durableId="1339772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0055"/>
    <w:rsid w:val="000C0554"/>
    <w:rsid w:val="0015074B"/>
    <w:rsid w:val="0029639D"/>
    <w:rsid w:val="00326F90"/>
    <w:rsid w:val="003911F3"/>
    <w:rsid w:val="0060658C"/>
    <w:rsid w:val="006E4E3C"/>
    <w:rsid w:val="008752FE"/>
    <w:rsid w:val="00AA1D8D"/>
    <w:rsid w:val="00B36E40"/>
    <w:rsid w:val="00B47730"/>
    <w:rsid w:val="00CB0664"/>
    <w:rsid w:val="00FB4EF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4783A4"/>
  <w14:defaultImageDpi w14:val="300"/>
  <w15:docId w15:val="{9B97B73F-4F0B-43BB-9D66-842C919D7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C693F"/>
    <w:pPr>
      <w:spacing w:after="100" w:line="252" w:lineRule="auto"/>
    </w:pPr>
    <w:rPr>
      <w:rFonts w:ascii="Aptos" w:hAnsi="Aptos"/>
      <w:sz w:val="20"/>
    </w:rPr>
  </w:style>
  <w:style w:type="paragraph" w:styleId="Virsraksts1">
    <w:name w:val="heading 1"/>
    <w:basedOn w:val="Parasts"/>
    <w:next w:val="Parasts"/>
    <w:link w:val="Virsraksts1Rakstz"/>
    <w:uiPriority w:val="9"/>
    <w:qFormat/>
    <w:rsid w:val="00FC693F"/>
    <w:pPr>
      <w:keepNext/>
      <w:keepLines/>
      <w:spacing w:before="140" w:after="80"/>
      <w:outlineLvl w:val="0"/>
    </w:pPr>
    <w:rPr>
      <w:rFonts w:asciiTheme="majorHAnsi" w:eastAsiaTheme="majorEastAsia" w:hAnsiTheme="majorHAnsi" w:cstheme="majorBidi"/>
      <w:b/>
      <w:bCs/>
      <w:color w:val="1F4E79"/>
      <w:sz w:val="25"/>
      <w:szCs w:val="28"/>
    </w:rPr>
  </w:style>
  <w:style w:type="paragraph" w:styleId="Virsraksts2">
    <w:name w:val="heading 2"/>
    <w:basedOn w:val="Parasts"/>
    <w:next w:val="Parasts"/>
    <w:link w:val="Virsraksts2Rakstz"/>
    <w:uiPriority w:val="9"/>
    <w:unhideWhenUsed/>
    <w:qFormat/>
    <w:rsid w:val="00FC693F"/>
    <w:pPr>
      <w:keepNext/>
      <w:keepLines/>
      <w:spacing w:before="140" w:after="80"/>
      <w:outlineLvl w:val="1"/>
    </w:pPr>
    <w:rPr>
      <w:rFonts w:asciiTheme="majorHAnsi" w:eastAsiaTheme="majorEastAsia" w:hAnsiTheme="majorHAnsi" w:cstheme="majorBidi"/>
      <w:b/>
      <w:bCs/>
      <w:color w:val="365F91"/>
      <w:sz w:val="21"/>
      <w:szCs w:val="26"/>
    </w:rPr>
  </w:style>
  <w:style w:type="paragraph" w:styleId="Virsraksts3">
    <w:name w:val="heading 3"/>
    <w:basedOn w:val="Parasts"/>
    <w:next w:val="Parasts"/>
    <w:link w:val="Virsraksts3Rakstz"/>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Virsraksts4">
    <w:name w:val="heading 4"/>
    <w:basedOn w:val="Parasts"/>
    <w:next w:val="Parasts"/>
    <w:link w:val="Virsraksts4Rakstz"/>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Virsraksts5">
    <w:name w:val="heading 5"/>
    <w:basedOn w:val="Parasts"/>
    <w:next w:val="Parasts"/>
    <w:link w:val="Virsraksts5Rakstz"/>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Virsraksts6">
    <w:name w:val="heading 6"/>
    <w:basedOn w:val="Parasts"/>
    <w:next w:val="Parasts"/>
    <w:link w:val="Virsraksts6Rakstz"/>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Virsraksts7">
    <w:name w:val="heading 7"/>
    <w:basedOn w:val="Parasts"/>
    <w:next w:val="Parasts"/>
    <w:link w:val="Virsraksts7Rakstz"/>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Virsraksts8">
    <w:name w:val="heading 8"/>
    <w:basedOn w:val="Parasts"/>
    <w:next w:val="Parasts"/>
    <w:link w:val="Virsraksts8Rakstz"/>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Virsraksts9">
    <w:name w:val="heading 9"/>
    <w:basedOn w:val="Parasts"/>
    <w:next w:val="Parasts"/>
    <w:link w:val="Virsraksts9Rakstz"/>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E618BF"/>
    <w:pPr>
      <w:tabs>
        <w:tab w:val="center" w:pos="4680"/>
        <w:tab w:val="right" w:pos="9360"/>
      </w:tabs>
      <w:spacing w:after="0" w:line="240" w:lineRule="auto"/>
    </w:pPr>
  </w:style>
  <w:style w:type="character" w:customStyle="1" w:styleId="GalveneRakstz">
    <w:name w:val="Galvene Rakstz."/>
    <w:basedOn w:val="Noklusjumarindkopasfonts"/>
    <w:link w:val="Galvene"/>
    <w:uiPriority w:val="99"/>
    <w:rsid w:val="00E618BF"/>
  </w:style>
  <w:style w:type="paragraph" w:styleId="Kjene">
    <w:name w:val="footer"/>
    <w:basedOn w:val="Parasts"/>
    <w:link w:val="KjeneRakstz"/>
    <w:uiPriority w:val="99"/>
    <w:unhideWhenUsed/>
    <w:rsid w:val="00E618BF"/>
    <w:pPr>
      <w:tabs>
        <w:tab w:val="center" w:pos="4680"/>
        <w:tab w:val="right" w:pos="9360"/>
      </w:tabs>
      <w:spacing w:after="0" w:line="240" w:lineRule="auto"/>
    </w:pPr>
  </w:style>
  <w:style w:type="character" w:customStyle="1" w:styleId="KjeneRakstz">
    <w:name w:val="Kājene Rakstz."/>
    <w:basedOn w:val="Noklusjumarindkopasfonts"/>
    <w:link w:val="Kjene"/>
    <w:uiPriority w:val="99"/>
    <w:rsid w:val="00E618BF"/>
  </w:style>
  <w:style w:type="paragraph" w:styleId="Bezatstarpm">
    <w:name w:val="No Spacing"/>
    <w:uiPriority w:val="1"/>
    <w:qFormat/>
    <w:rsid w:val="00FC693F"/>
    <w:pPr>
      <w:spacing w:after="0" w:line="240" w:lineRule="auto"/>
    </w:pPr>
  </w:style>
  <w:style w:type="character" w:customStyle="1" w:styleId="Virsraksts1Rakstz">
    <w:name w:val="Virsraksts 1 Rakstz."/>
    <w:basedOn w:val="Noklusjumarindkopasfonts"/>
    <w:link w:val="Virsrakst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Virsraksts2Rakstz">
    <w:name w:val="Virsraksts 2 Rakstz."/>
    <w:basedOn w:val="Noklusjumarindkopasfonts"/>
    <w:link w:val="Virsraksts2"/>
    <w:uiPriority w:val="9"/>
    <w:rsid w:val="00FC693F"/>
    <w:rPr>
      <w:rFonts w:asciiTheme="majorHAnsi" w:eastAsiaTheme="majorEastAsia" w:hAnsiTheme="majorHAnsi" w:cstheme="majorBidi"/>
      <w:b/>
      <w:bCs/>
      <w:color w:val="4F81BD" w:themeColor="accent1"/>
      <w:sz w:val="26"/>
      <w:szCs w:val="26"/>
    </w:rPr>
  </w:style>
  <w:style w:type="character" w:customStyle="1" w:styleId="Virsraksts3Rakstz">
    <w:name w:val="Virsraksts 3 Rakstz."/>
    <w:basedOn w:val="Noklusjumarindkopasfonts"/>
    <w:link w:val="Virsraksts3"/>
    <w:uiPriority w:val="9"/>
    <w:rsid w:val="00FC693F"/>
    <w:rPr>
      <w:rFonts w:asciiTheme="majorHAnsi" w:eastAsiaTheme="majorEastAsia" w:hAnsiTheme="majorHAnsi" w:cstheme="majorBidi"/>
      <w:b/>
      <w:bCs/>
      <w:color w:val="4F81BD" w:themeColor="accent1"/>
    </w:rPr>
  </w:style>
  <w:style w:type="paragraph" w:styleId="Nosaukums">
    <w:name w:val="Title"/>
    <w:basedOn w:val="Parasts"/>
    <w:next w:val="Parasts"/>
    <w:link w:val="NosaukumsRakstz"/>
    <w:uiPriority w:val="10"/>
    <w:qFormat/>
    <w:rsid w:val="00FC693F"/>
    <w:pPr>
      <w:pBdr>
        <w:bottom w:val="single" w:sz="8" w:space="4" w:color="4F81BD" w:themeColor="accent1"/>
      </w:pBdr>
      <w:spacing w:before="140" w:after="8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NosaukumsRakstz">
    <w:name w:val="Nosaukums Rakstz."/>
    <w:basedOn w:val="Noklusjumarindkopasfonts"/>
    <w:link w:val="Nosaukum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pakvirsraksts">
    <w:name w:val="Subtitle"/>
    <w:basedOn w:val="Parasts"/>
    <w:next w:val="Parasts"/>
    <w:link w:val="ApakvirsrakstsRakstz"/>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pakvirsrakstsRakstz">
    <w:name w:val="Apakšvirsraksts Rakstz."/>
    <w:basedOn w:val="Noklusjumarindkopasfonts"/>
    <w:link w:val="Apakvirsraksts"/>
    <w:uiPriority w:val="11"/>
    <w:rsid w:val="00FC693F"/>
    <w:rPr>
      <w:rFonts w:asciiTheme="majorHAnsi" w:eastAsiaTheme="majorEastAsia" w:hAnsiTheme="majorHAnsi" w:cstheme="majorBidi"/>
      <w:i/>
      <w:iCs/>
      <w:color w:val="4F81BD" w:themeColor="accent1"/>
      <w:spacing w:val="15"/>
      <w:sz w:val="24"/>
      <w:szCs w:val="24"/>
    </w:rPr>
  </w:style>
  <w:style w:type="paragraph" w:styleId="Sarakstarindkopa">
    <w:name w:val="List Paragraph"/>
    <w:basedOn w:val="Parasts"/>
    <w:uiPriority w:val="34"/>
    <w:qFormat/>
    <w:rsid w:val="00FC693F"/>
    <w:pPr>
      <w:ind w:left="720"/>
      <w:contextualSpacing/>
    </w:pPr>
  </w:style>
  <w:style w:type="paragraph" w:styleId="Pamatteksts">
    <w:name w:val="Body Text"/>
    <w:basedOn w:val="Parasts"/>
    <w:link w:val="PamattekstsRakstz"/>
    <w:uiPriority w:val="99"/>
    <w:unhideWhenUsed/>
    <w:rsid w:val="00AA1D8D"/>
    <w:pPr>
      <w:spacing w:after="120"/>
    </w:pPr>
  </w:style>
  <w:style w:type="character" w:customStyle="1" w:styleId="PamattekstsRakstz">
    <w:name w:val="Pamatteksts Rakstz."/>
    <w:basedOn w:val="Noklusjumarindkopasfonts"/>
    <w:link w:val="Pamatteksts"/>
    <w:uiPriority w:val="99"/>
    <w:rsid w:val="00AA1D8D"/>
  </w:style>
  <w:style w:type="paragraph" w:styleId="Pamatteksts2">
    <w:name w:val="Body Text 2"/>
    <w:basedOn w:val="Parasts"/>
    <w:link w:val="Pamatteksts2Rakstz"/>
    <w:uiPriority w:val="99"/>
    <w:unhideWhenUsed/>
    <w:rsid w:val="00AA1D8D"/>
    <w:pPr>
      <w:spacing w:after="120" w:line="480" w:lineRule="auto"/>
    </w:pPr>
  </w:style>
  <w:style w:type="character" w:customStyle="1" w:styleId="Pamatteksts2Rakstz">
    <w:name w:val="Pamatteksts 2 Rakstz."/>
    <w:basedOn w:val="Noklusjumarindkopasfonts"/>
    <w:link w:val="Pamatteksts2"/>
    <w:uiPriority w:val="99"/>
    <w:rsid w:val="00AA1D8D"/>
  </w:style>
  <w:style w:type="paragraph" w:styleId="Pamatteksts3">
    <w:name w:val="Body Text 3"/>
    <w:basedOn w:val="Parasts"/>
    <w:link w:val="Pamatteksts3Rakstz"/>
    <w:uiPriority w:val="99"/>
    <w:unhideWhenUsed/>
    <w:rsid w:val="00AA1D8D"/>
    <w:pPr>
      <w:spacing w:after="120"/>
    </w:pPr>
    <w:rPr>
      <w:sz w:val="16"/>
      <w:szCs w:val="16"/>
    </w:rPr>
  </w:style>
  <w:style w:type="character" w:customStyle="1" w:styleId="Pamatteksts3Rakstz">
    <w:name w:val="Pamatteksts 3 Rakstz."/>
    <w:basedOn w:val="Noklusjumarindkopasfonts"/>
    <w:link w:val="Pamatteksts3"/>
    <w:uiPriority w:val="99"/>
    <w:rsid w:val="00AA1D8D"/>
    <w:rPr>
      <w:sz w:val="16"/>
      <w:szCs w:val="16"/>
    </w:rPr>
  </w:style>
  <w:style w:type="paragraph" w:styleId="Saraksts">
    <w:name w:val="List"/>
    <w:basedOn w:val="Parasts"/>
    <w:uiPriority w:val="99"/>
    <w:unhideWhenUsed/>
    <w:rsid w:val="00AA1D8D"/>
    <w:pPr>
      <w:ind w:left="360" w:hanging="360"/>
      <w:contextualSpacing/>
    </w:pPr>
  </w:style>
  <w:style w:type="paragraph" w:styleId="Saraksts2">
    <w:name w:val="List 2"/>
    <w:basedOn w:val="Parasts"/>
    <w:uiPriority w:val="99"/>
    <w:unhideWhenUsed/>
    <w:rsid w:val="00326F90"/>
    <w:pPr>
      <w:ind w:left="720" w:hanging="360"/>
      <w:contextualSpacing/>
    </w:pPr>
  </w:style>
  <w:style w:type="paragraph" w:styleId="Saraksts3">
    <w:name w:val="List 3"/>
    <w:basedOn w:val="Parasts"/>
    <w:uiPriority w:val="99"/>
    <w:unhideWhenUsed/>
    <w:rsid w:val="00326F90"/>
    <w:pPr>
      <w:ind w:left="1080" w:hanging="360"/>
      <w:contextualSpacing/>
    </w:pPr>
  </w:style>
  <w:style w:type="paragraph" w:styleId="Sarakstaaizzme">
    <w:name w:val="List Bullet"/>
    <w:basedOn w:val="Parasts"/>
    <w:uiPriority w:val="99"/>
    <w:unhideWhenUsed/>
    <w:rsid w:val="00326F90"/>
    <w:pPr>
      <w:numPr>
        <w:numId w:val="1"/>
      </w:numPr>
      <w:contextualSpacing/>
    </w:pPr>
  </w:style>
  <w:style w:type="paragraph" w:styleId="Sarakstaaizzme2">
    <w:name w:val="List Bullet 2"/>
    <w:basedOn w:val="Parasts"/>
    <w:uiPriority w:val="99"/>
    <w:unhideWhenUsed/>
    <w:rsid w:val="00326F90"/>
    <w:pPr>
      <w:numPr>
        <w:numId w:val="2"/>
      </w:numPr>
      <w:contextualSpacing/>
    </w:pPr>
  </w:style>
  <w:style w:type="paragraph" w:styleId="Sarakstaaizzme3">
    <w:name w:val="List Bullet 3"/>
    <w:basedOn w:val="Parasts"/>
    <w:uiPriority w:val="99"/>
    <w:unhideWhenUsed/>
    <w:rsid w:val="00326F90"/>
    <w:pPr>
      <w:numPr>
        <w:numId w:val="3"/>
      </w:numPr>
      <w:contextualSpacing/>
    </w:pPr>
  </w:style>
  <w:style w:type="paragraph" w:styleId="Sarakstanumurs">
    <w:name w:val="List Number"/>
    <w:basedOn w:val="Parasts"/>
    <w:uiPriority w:val="99"/>
    <w:unhideWhenUsed/>
    <w:rsid w:val="00326F90"/>
    <w:pPr>
      <w:numPr>
        <w:numId w:val="5"/>
      </w:numPr>
      <w:contextualSpacing/>
    </w:pPr>
  </w:style>
  <w:style w:type="paragraph" w:styleId="Sarakstanumurs2">
    <w:name w:val="List Number 2"/>
    <w:basedOn w:val="Parasts"/>
    <w:uiPriority w:val="99"/>
    <w:unhideWhenUsed/>
    <w:rsid w:val="0029639D"/>
    <w:pPr>
      <w:numPr>
        <w:numId w:val="6"/>
      </w:numPr>
      <w:contextualSpacing/>
    </w:pPr>
  </w:style>
  <w:style w:type="paragraph" w:styleId="Sarakstanumurs3">
    <w:name w:val="List Number 3"/>
    <w:basedOn w:val="Parasts"/>
    <w:uiPriority w:val="99"/>
    <w:unhideWhenUsed/>
    <w:rsid w:val="0029639D"/>
    <w:pPr>
      <w:numPr>
        <w:numId w:val="7"/>
      </w:numPr>
      <w:contextualSpacing/>
    </w:pPr>
  </w:style>
  <w:style w:type="paragraph" w:styleId="Sarakstaturpinjums">
    <w:name w:val="List Continue"/>
    <w:basedOn w:val="Parasts"/>
    <w:uiPriority w:val="99"/>
    <w:unhideWhenUsed/>
    <w:rsid w:val="0029639D"/>
    <w:pPr>
      <w:spacing w:after="120"/>
      <w:ind w:left="360"/>
      <w:contextualSpacing/>
    </w:pPr>
  </w:style>
  <w:style w:type="paragraph" w:styleId="Sarakstaturpinjums2">
    <w:name w:val="List Continue 2"/>
    <w:basedOn w:val="Parasts"/>
    <w:uiPriority w:val="99"/>
    <w:unhideWhenUsed/>
    <w:rsid w:val="0029639D"/>
    <w:pPr>
      <w:spacing w:after="120"/>
      <w:ind w:left="720"/>
      <w:contextualSpacing/>
    </w:pPr>
  </w:style>
  <w:style w:type="paragraph" w:styleId="Sarakstaturpinjums3">
    <w:name w:val="List Continue 3"/>
    <w:basedOn w:val="Parasts"/>
    <w:uiPriority w:val="99"/>
    <w:unhideWhenUsed/>
    <w:rsid w:val="0029639D"/>
    <w:pPr>
      <w:spacing w:after="120"/>
      <w:ind w:left="1080"/>
      <w:contextualSpacing/>
    </w:pPr>
  </w:style>
  <w:style w:type="paragraph" w:styleId="Makroteksts">
    <w:name w:val="macro"/>
    <w:link w:val="MakrotekstsRakstz"/>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sRakstz">
    <w:name w:val="Makro teksts Rakstz."/>
    <w:basedOn w:val="Noklusjumarindkopasfonts"/>
    <w:link w:val="Makroteksts"/>
    <w:uiPriority w:val="99"/>
    <w:rsid w:val="0029639D"/>
    <w:rPr>
      <w:rFonts w:ascii="Courier" w:hAnsi="Courier"/>
      <w:sz w:val="20"/>
      <w:szCs w:val="20"/>
    </w:rPr>
  </w:style>
  <w:style w:type="paragraph" w:styleId="Citts">
    <w:name w:val="Quote"/>
    <w:basedOn w:val="Parasts"/>
    <w:next w:val="Parasts"/>
    <w:link w:val="CittsRakstz"/>
    <w:uiPriority w:val="29"/>
    <w:qFormat/>
    <w:rsid w:val="00FC693F"/>
    <w:rPr>
      <w:i/>
      <w:iCs/>
      <w:color w:val="000000" w:themeColor="text1"/>
    </w:rPr>
  </w:style>
  <w:style w:type="character" w:customStyle="1" w:styleId="CittsRakstz">
    <w:name w:val="Citāts Rakstz."/>
    <w:basedOn w:val="Noklusjumarindkopasfonts"/>
    <w:link w:val="Citts"/>
    <w:uiPriority w:val="29"/>
    <w:rsid w:val="00FC693F"/>
    <w:rPr>
      <w:i/>
      <w:iCs/>
      <w:color w:val="000000" w:themeColor="text1"/>
    </w:rPr>
  </w:style>
  <w:style w:type="character" w:customStyle="1" w:styleId="Virsraksts4Rakstz">
    <w:name w:val="Virsraksts 4 Rakstz."/>
    <w:basedOn w:val="Noklusjumarindkopasfonts"/>
    <w:link w:val="Virsraksts4"/>
    <w:uiPriority w:val="9"/>
    <w:semiHidden/>
    <w:rsid w:val="00FC693F"/>
    <w:rPr>
      <w:rFonts w:asciiTheme="majorHAnsi" w:eastAsiaTheme="majorEastAsia" w:hAnsiTheme="majorHAnsi" w:cstheme="majorBidi"/>
      <w:b/>
      <w:bCs/>
      <w:i/>
      <w:iCs/>
      <w:color w:val="4F81BD" w:themeColor="accent1"/>
    </w:rPr>
  </w:style>
  <w:style w:type="character" w:customStyle="1" w:styleId="Virsraksts5Rakstz">
    <w:name w:val="Virsraksts 5 Rakstz."/>
    <w:basedOn w:val="Noklusjumarindkopasfonts"/>
    <w:link w:val="Virsraksts5"/>
    <w:uiPriority w:val="9"/>
    <w:semiHidden/>
    <w:rsid w:val="00FC693F"/>
    <w:rPr>
      <w:rFonts w:asciiTheme="majorHAnsi" w:eastAsiaTheme="majorEastAsia" w:hAnsiTheme="majorHAnsi" w:cstheme="majorBidi"/>
      <w:color w:val="243F60" w:themeColor="accent1" w:themeShade="7F"/>
    </w:rPr>
  </w:style>
  <w:style w:type="character" w:customStyle="1" w:styleId="Virsraksts6Rakstz">
    <w:name w:val="Virsraksts 6 Rakstz."/>
    <w:basedOn w:val="Noklusjumarindkopasfonts"/>
    <w:link w:val="Virsraksts6"/>
    <w:uiPriority w:val="9"/>
    <w:semiHidden/>
    <w:rsid w:val="00FC693F"/>
    <w:rPr>
      <w:rFonts w:asciiTheme="majorHAnsi" w:eastAsiaTheme="majorEastAsia" w:hAnsiTheme="majorHAnsi" w:cstheme="majorBidi"/>
      <w:i/>
      <w:iCs/>
      <w:color w:val="243F60" w:themeColor="accent1" w:themeShade="7F"/>
    </w:rPr>
  </w:style>
  <w:style w:type="character" w:customStyle="1" w:styleId="Virsraksts7Rakstz">
    <w:name w:val="Virsraksts 7 Rakstz."/>
    <w:basedOn w:val="Noklusjumarindkopasfonts"/>
    <w:link w:val="Virsraksts7"/>
    <w:uiPriority w:val="9"/>
    <w:semiHidden/>
    <w:rsid w:val="00FC693F"/>
    <w:rPr>
      <w:rFonts w:asciiTheme="majorHAnsi" w:eastAsiaTheme="majorEastAsia" w:hAnsiTheme="majorHAnsi" w:cstheme="majorBidi"/>
      <w:i/>
      <w:iCs/>
      <w:color w:val="404040" w:themeColor="text1" w:themeTint="BF"/>
    </w:rPr>
  </w:style>
  <w:style w:type="character" w:customStyle="1" w:styleId="Virsraksts8Rakstz">
    <w:name w:val="Virsraksts 8 Rakstz."/>
    <w:basedOn w:val="Noklusjumarindkopasfonts"/>
    <w:link w:val="Virsraksts8"/>
    <w:uiPriority w:val="9"/>
    <w:semiHidden/>
    <w:rsid w:val="00FC693F"/>
    <w:rPr>
      <w:rFonts w:asciiTheme="majorHAnsi" w:eastAsiaTheme="majorEastAsia" w:hAnsiTheme="majorHAnsi" w:cstheme="majorBidi"/>
      <w:color w:val="4F81BD" w:themeColor="accent1"/>
      <w:sz w:val="20"/>
      <w:szCs w:val="20"/>
    </w:rPr>
  </w:style>
  <w:style w:type="character" w:customStyle="1" w:styleId="Virsraksts9Rakstz">
    <w:name w:val="Virsraksts 9 Rakstz."/>
    <w:basedOn w:val="Noklusjumarindkopasfonts"/>
    <w:link w:val="Virsraksts9"/>
    <w:uiPriority w:val="9"/>
    <w:semiHidden/>
    <w:rsid w:val="00FC693F"/>
    <w:rPr>
      <w:rFonts w:asciiTheme="majorHAnsi" w:eastAsiaTheme="majorEastAsia" w:hAnsiTheme="majorHAnsi" w:cstheme="majorBidi"/>
      <w:i/>
      <w:iCs/>
      <w:color w:val="404040" w:themeColor="text1" w:themeTint="BF"/>
      <w:sz w:val="20"/>
      <w:szCs w:val="20"/>
    </w:rPr>
  </w:style>
  <w:style w:type="paragraph" w:styleId="Parakstszemobjekta">
    <w:name w:val="caption"/>
    <w:basedOn w:val="Parasts"/>
    <w:next w:val="Parasts"/>
    <w:uiPriority w:val="35"/>
    <w:semiHidden/>
    <w:unhideWhenUsed/>
    <w:qFormat/>
    <w:rsid w:val="00FC693F"/>
    <w:pPr>
      <w:spacing w:line="240" w:lineRule="auto"/>
    </w:pPr>
    <w:rPr>
      <w:b/>
      <w:bCs/>
      <w:color w:val="4F81BD" w:themeColor="accent1"/>
      <w:sz w:val="18"/>
      <w:szCs w:val="18"/>
    </w:rPr>
  </w:style>
  <w:style w:type="character" w:styleId="Izteiksmgs">
    <w:name w:val="Strong"/>
    <w:basedOn w:val="Noklusjumarindkopasfonts"/>
    <w:uiPriority w:val="22"/>
    <w:qFormat/>
    <w:rsid w:val="00FC693F"/>
    <w:rPr>
      <w:b/>
      <w:bCs/>
    </w:rPr>
  </w:style>
  <w:style w:type="character" w:styleId="Izclums">
    <w:name w:val="Emphasis"/>
    <w:basedOn w:val="Noklusjumarindkopasfonts"/>
    <w:uiPriority w:val="20"/>
    <w:qFormat/>
    <w:rsid w:val="00FC693F"/>
    <w:rPr>
      <w:i/>
      <w:iCs/>
    </w:rPr>
  </w:style>
  <w:style w:type="paragraph" w:styleId="Intensvscitts">
    <w:name w:val="Intense Quote"/>
    <w:basedOn w:val="Parasts"/>
    <w:next w:val="Parasts"/>
    <w:link w:val="IntensvscittsRakstz"/>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vscittsRakstz">
    <w:name w:val="Intensīvs citāts Rakstz."/>
    <w:basedOn w:val="Noklusjumarindkopasfonts"/>
    <w:link w:val="Intensvscitts"/>
    <w:uiPriority w:val="30"/>
    <w:rsid w:val="00FC693F"/>
    <w:rPr>
      <w:b/>
      <w:bCs/>
      <w:i/>
      <w:iCs/>
      <w:color w:val="4F81BD" w:themeColor="accent1"/>
    </w:rPr>
  </w:style>
  <w:style w:type="character" w:styleId="Izsmalcintsizclums">
    <w:name w:val="Subtle Emphasis"/>
    <w:basedOn w:val="Noklusjumarindkopasfonts"/>
    <w:uiPriority w:val="19"/>
    <w:qFormat/>
    <w:rsid w:val="00FC693F"/>
    <w:rPr>
      <w:i/>
      <w:iCs/>
      <w:color w:val="808080" w:themeColor="text1" w:themeTint="7F"/>
    </w:rPr>
  </w:style>
  <w:style w:type="character" w:styleId="Intensvsizclums">
    <w:name w:val="Intense Emphasis"/>
    <w:basedOn w:val="Noklusjumarindkopasfonts"/>
    <w:uiPriority w:val="21"/>
    <w:qFormat/>
    <w:rsid w:val="00FC693F"/>
    <w:rPr>
      <w:b/>
      <w:bCs/>
      <w:i/>
      <w:iCs/>
      <w:color w:val="4F81BD" w:themeColor="accent1"/>
    </w:rPr>
  </w:style>
  <w:style w:type="character" w:styleId="Izsmalcintaatsauce">
    <w:name w:val="Subtle Reference"/>
    <w:basedOn w:val="Noklusjumarindkopasfonts"/>
    <w:uiPriority w:val="31"/>
    <w:qFormat/>
    <w:rsid w:val="00FC693F"/>
    <w:rPr>
      <w:smallCaps/>
      <w:color w:val="C0504D" w:themeColor="accent2"/>
      <w:u w:val="single"/>
    </w:rPr>
  </w:style>
  <w:style w:type="character" w:styleId="Intensvaatsauce">
    <w:name w:val="Intense Reference"/>
    <w:basedOn w:val="Noklusjumarindkopasfonts"/>
    <w:uiPriority w:val="32"/>
    <w:qFormat/>
    <w:rsid w:val="00FC693F"/>
    <w:rPr>
      <w:b/>
      <w:bCs/>
      <w:smallCaps/>
      <w:color w:val="C0504D" w:themeColor="accent2"/>
      <w:spacing w:val="5"/>
      <w:u w:val="single"/>
    </w:rPr>
  </w:style>
  <w:style w:type="character" w:styleId="Grmatasnosaukums">
    <w:name w:val="Book Title"/>
    <w:basedOn w:val="Noklusjumarindkopasfonts"/>
    <w:uiPriority w:val="33"/>
    <w:qFormat/>
    <w:rsid w:val="00FC693F"/>
    <w:rPr>
      <w:b/>
      <w:bCs/>
      <w:smallCaps/>
      <w:spacing w:val="5"/>
    </w:rPr>
  </w:style>
  <w:style w:type="paragraph" w:styleId="Saturardtjavirsraksts">
    <w:name w:val="TOC Heading"/>
    <w:basedOn w:val="Virsraksts1"/>
    <w:next w:val="Parasts"/>
    <w:uiPriority w:val="39"/>
    <w:semiHidden/>
    <w:unhideWhenUsed/>
    <w:qFormat/>
    <w:rsid w:val="00FC693F"/>
    <w:pPr>
      <w:outlineLvl w:val="9"/>
    </w:pPr>
  </w:style>
  <w:style w:type="table" w:styleId="Reatabula">
    <w:name w:val="Table Grid"/>
    <w:basedOn w:val="Parastatabu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aisnojums">
    <w:name w:val="Light Shading"/>
    <w:basedOn w:val="Parastatabu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aisnojumsizclums1">
    <w:name w:val="Light Shading Accent 1"/>
    <w:basedOn w:val="Parastatabu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Gaisnojumsizclums2">
    <w:name w:val="Light Shading Accent 2"/>
    <w:basedOn w:val="Parastatabu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Gaisnojumsizclums3">
    <w:name w:val="Light Shading Accent 3"/>
    <w:basedOn w:val="Parastatabu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aisnojumsizclums4">
    <w:name w:val="Light Shading Accent 4"/>
    <w:basedOn w:val="Parastatabu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Gaisnojumsizclums5">
    <w:name w:val="Light Shading Accent 5"/>
    <w:basedOn w:val="Parastatabu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Gaisnojumsizclums6">
    <w:name w:val="Light Shading Accent 6"/>
    <w:basedOn w:val="Parastatabu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Gaissaraksts">
    <w:name w:val="Light List"/>
    <w:basedOn w:val="Parastatabu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Gaissarakstsizclums1">
    <w:name w:val="Light List Accent 1"/>
    <w:basedOn w:val="Parastatabu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aissarakstsizclums2">
    <w:name w:val="Light List Accent 2"/>
    <w:basedOn w:val="Parastatabu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Gaissarakstsizclums3">
    <w:name w:val="Light List Accent 3"/>
    <w:basedOn w:val="Parastatabu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aissarakstsizclums4">
    <w:name w:val="Light List Accent 4"/>
    <w:basedOn w:val="Parastatabu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Gaissarakstsizclums5">
    <w:name w:val="Light List Accent 5"/>
    <w:basedOn w:val="Parastatabu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Gaissarakstsizclums6">
    <w:name w:val="Light List Accent 6"/>
    <w:basedOn w:val="Parastatabu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aisreis">
    <w:name w:val="Light Grid"/>
    <w:basedOn w:val="Parastatabu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aisreisizclums1">
    <w:name w:val="Light Grid Accent 1"/>
    <w:basedOn w:val="Parastatabu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aisreisizclums2">
    <w:name w:val="Light Grid Accent 2"/>
    <w:basedOn w:val="Parastatabu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aisreisizclums3">
    <w:name w:val="Light Grid Accent 3"/>
    <w:basedOn w:val="Parastatabu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aisreisizclums4">
    <w:name w:val="Light Grid Accent 4"/>
    <w:basedOn w:val="Parastatabu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aisreisizclums5">
    <w:name w:val="Light Grid Accent 5"/>
    <w:basedOn w:val="Parastatabu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aisreisizclums6">
    <w:name w:val="Light Grid Accent 6"/>
    <w:basedOn w:val="Parastatabu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djsnojums1">
    <w:name w:val="Medium Shading 1"/>
    <w:basedOn w:val="Parastatabu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Vidjsnojums1izclums1">
    <w:name w:val="Medium Shading 1 Accent 1"/>
    <w:basedOn w:val="Parastatabu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Vidjsnojums1izclums2">
    <w:name w:val="Medium Shading 1 Accent 2"/>
    <w:basedOn w:val="Parastatabu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Vidjsnojums1izclums3">
    <w:name w:val="Medium Shading 1 Accent 3"/>
    <w:basedOn w:val="Parastatabu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Vidjsnojums1izclums4">
    <w:name w:val="Medium Shading 1 Accent 4"/>
    <w:basedOn w:val="Parastatabu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Vidjsnojums1izclums5">
    <w:name w:val="Medium Shading 1 Accent 5"/>
    <w:basedOn w:val="Parastatabu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Vidjsnojums1izclums6">
    <w:name w:val="Medium Shading 1 Accent 6"/>
    <w:basedOn w:val="Parastatabu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Vidjsnojums2">
    <w:name w:val="Medium Shading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1">
    <w:name w:val="Medium Shading 2 Accent 1"/>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2">
    <w:name w:val="Medium Shading 2 Accent 2"/>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3">
    <w:name w:val="Medium Shading 2 Accent 3"/>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4">
    <w:name w:val="Medium Shading 2 Accent 4"/>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5">
    <w:name w:val="Medium Shading 2 Accent 5"/>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nojums2izclums6">
    <w:name w:val="Medium Shading 2 Accent 6"/>
    <w:basedOn w:val="Parastatabu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Vidjssaraksts1">
    <w:name w:val="Medium List 1"/>
    <w:basedOn w:val="Parastatabu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Vidjssaraksts1izclums1">
    <w:name w:val="Medium List 1 Accent 1"/>
    <w:basedOn w:val="Parastatabu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Vidjssaraksts1izclums2">
    <w:name w:val="Medium List 1 Accent 2"/>
    <w:basedOn w:val="Parastatabu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Vidjssaraksts1izclums3">
    <w:name w:val="Medium List 1 Accent 3"/>
    <w:basedOn w:val="Parastatabu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Vidjssaraksts1izclums4">
    <w:name w:val="Medium List 1 Accent 4"/>
    <w:basedOn w:val="Parastatabu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Vidjssaraksts1izclums5">
    <w:name w:val="Medium List 1 Accent 5"/>
    <w:basedOn w:val="Parastatabu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Vidjssaraksts1izclums6">
    <w:name w:val="Medium List 1 Accent 6"/>
    <w:basedOn w:val="Parastatabu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Vidjssaraksts2">
    <w:name w:val="Medium Lis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1">
    <w:name w:val="Medium List 2 Accent 1"/>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2">
    <w:name w:val="Medium List 2 Accent 2"/>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3">
    <w:name w:val="Medium List 2 Accent 3"/>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4">
    <w:name w:val="Medium List 2 Accent 4"/>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5">
    <w:name w:val="Medium List 2 Accent 5"/>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Vidjssaraksts2izclums6">
    <w:name w:val="Medium List 2 Accent 6"/>
    <w:basedOn w:val="Parastatabu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Vidjsreis1">
    <w:name w:val="Medium Grid 1"/>
    <w:basedOn w:val="Parastatabu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Vidjsreis1izclums1">
    <w:name w:val="Medium Grid 1 Accent 1"/>
    <w:basedOn w:val="Parastatabu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Vidjsreis1izclums2">
    <w:name w:val="Medium Grid 1 Accent 2"/>
    <w:basedOn w:val="Parastatabu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Vidjsreis1izclums3">
    <w:name w:val="Medium Grid 1 Accent 3"/>
    <w:basedOn w:val="Parastatabu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Vidjsreis1izclums4">
    <w:name w:val="Medium Grid 1 Accent 4"/>
    <w:basedOn w:val="Parastatabu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Vidjsreis1izclums5">
    <w:name w:val="Medium Grid 1 Accent 5"/>
    <w:basedOn w:val="Parastatabu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Vidjsreis1izclums6">
    <w:name w:val="Medium Grid 1 Accent 6"/>
    <w:basedOn w:val="Parastatabu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Vidjsreis2">
    <w:name w:val="Medium Grid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Vidjsreis2izclums1">
    <w:name w:val="Medium Grid 2 Accent 1"/>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Vidjsreis2izclums2">
    <w:name w:val="Medium Grid 2 Accent 2"/>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Vidjsreis2izclums3">
    <w:name w:val="Medium Grid 2 Accent 3"/>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Vidjsreis2izclums4">
    <w:name w:val="Medium Grid 2 Accent 4"/>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Vidjsreis2izclums5">
    <w:name w:val="Medium Grid 2 Accent 5"/>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Vidjsreis2izclums6">
    <w:name w:val="Medium Grid 2 Accent 6"/>
    <w:basedOn w:val="Parastatabu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Vidjsreis3">
    <w:name w:val="Medium Grid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Vidjsreis3izclums1">
    <w:name w:val="Medium Grid 3 Accent 1"/>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Vidjsreis3izclums2">
    <w:name w:val="Medium Grid 3 Accent 2"/>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Vidjsreis3izclums3">
    <w:name w:val="Medium Grid 3 Accent 3"/>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Vidjsreis3izclums4">
    <w:name w:val="Medium Grid 3 Accent 4"/>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Vidjsreis3izclums5">
    <w:name w:val="Medium Grid 3 Accent 5"/>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Vidjsreis3izclums6">
    <w:name w:val="Medium Grid 3 Accent 6"/>
    <w:basedOn w:val="Parastatabu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ssaraksts">
    <w:name w:val="Dark List"/>
    <w:basedOn w:val="Parastatabu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umssarakstsizclums1">
    <w:name w:val="Dark List Accent 1"/>
    <w:basedOn w:val="Parastatabu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umssarakstsizclums2">
    <w:name w:val="Dark List Accent 2"/>
    <w:basedOn w:val="Parastatabu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umssarakstsizclums3">
    <w:name w:val="Dark List Accent 3"/>
    <w:basedOn w:val="Parastatabu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umssarakstsizclums4">
    <w:name w:val="Dark List Accent 4"/>
    <w:basedOn w:val="Parastatabu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umssarakstsizclums5">
    <w:name w:val="Dark List Accent 5"/>
    <w:basedOn w:val="Parastatabu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umssarakstsizclums6">
    <w:name w:val="Dark List Accent 6"/>
    <w:basedOn w:val="Parastatabu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rsainsnojums">
    <w:name w:val="Colorful Shading"/>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rsainsnojumsizclums1">
    <w:name w:val="Colorful Shading Accent 1"/>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rsainsnojumsizclums2">
    <w:name w:val="Colorful Shading Accent 2"/>
    <w:basedOn w:val="Parastatabu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rsainsnojumsizclums3">
    <w:name w:val="Colorful Shading Accent 3"/>
    <w:basedOn w:val="Parastatabu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rsainsnojumsizclums4">
    <w:name w:val="Colorful Shading Accent 4"/>
    <w:basedOn w:val="Parastatabu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rsainsnojumsizclums5">
    <w:name w:val="Colorful Shading Accent 5"/>
    <w:basedOn w:val="Parastatabu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rsainsnojumsizclums6">
    <w:name w:val="Colorful Shading Accent 6"/>
    <w:basedOn w:val="Parastatabu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rsainssaraksts">
    <w:name w:val="Colorful List"/>
    <w:basedOn w:val="Parastatabu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rsainssarakstsizclums1">
    <w:name w:val="Colorful List Accent 1"/>
    <w:basedOn w:val="Parastatabu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rsainssarakstsizclums2">
    <w:name w:val="Colorful List Accent 2"/>
    <w:basedOn w:val="Parastatabu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rsainssarakstsizclums3">
    <w:name w:val="Colorful List Accent 3"/>
    <w:basedOn w:val="Parastatabu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rsainssarakstsizclums4">
    <w:name w:val="Colorful List Accent 4"/>
    <w:basedOn w:val="Parastatabu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rsainssarakstsizclums5">
    <w:name w:val="Colorful List Accent 5"/>
    <w:basedOn w:val="Parastatabu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rsainssarakstsizclums6">
    <w:name w:val="Colorful List Accent 6"/>
    <w:basedOn w:val="Parastatabu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rsainsreis">
    <w:name w:val="Colorful Grid"/>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rsainsreisizclums1">
    <w:name w:val="Colorful Grid Accent 1"/>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rsainsreisizclums2">
    <w:name w:val="Colorful Grid Accent 2"/>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rsainsreisizclums3">
    <w:name w:val="Colorful Grid Accent 3"/>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rsainsreisizclums4">
    <w:name w:val="Colorful Grid Accent 4"/>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rsainsreisizclums5">
    <w:name w:val="Colorful Grid Accent 5"/>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rsainsreisizclums6">
    <w:name w:val="Colorful Grid Accent 6"/>
    <w:basedOn w:val="Parastatabu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TMLiepriekformattais">
    <w:name w:val="HTML Preformatted"/>
    <w:basedOn w:val="Parasts"/>
    <w:link w:val="HTMLiepriekformattaisRakstz"/>
    <w:uiPriority w:val="99"/>
    <w:semiHidden/>
    <w:unhideWhenUsed/>
    <w:rsid w:val="000C0554"/>
    <w:pPr>
      <w:spacing w:after="0" w:line="240" w:lineRule="auto"/>
    </w:pPr>
    <w:rPr>
      <w:rFonts w:ascii="Consolas" w:hAnsi="Consolas"/>
      <w:szCs w:val="20"/>
    </w:rPr>
  </w:style>
  <w:style w:type="character" w:customStyle="1" w:styleId="HTMLiepriekformattaisRakstz">
    <w:name w:val="HTML iepriekšformatētais Rakstz."/>
    <w:basedOn w:val="Noklusjumarindkopasfonts"/>
    <w:link w:val="HTMLiepriekformattais"/>
    <w:uiPriority w:val="99"/>
    <w:semiHidden/>
    <w:rsid w:val="000C055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1697</Words>
  <Characters>12968</Characters>
  <Application>Microsoft Office Word</Application>
  <DocSecurity>0</DocSecurity>
  <Lines>432</Lines>
  <Paragraphs>349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Aizpildīts ES atbilstības deklarācijas un VII pielikuma paraugs</vt:lpstr>
      <vt:lpstr/>
    </vt:vector>
  </TitlesOfParts>
  <Manager/>
  <Company/>
  <LinksUpToDate>false</LinksUpToDate>
  <CharactersWithSpaces>14316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Aizpildīts ES atbilstības deklarācijas un VII pielikuma paraugs</dc:title>
  <dc:subject>Laminēta kartona iepakojums biskvīta kūkām</dc:subject>
  <dc:creator>Madara Buša</dc:creator>
  <cp:keywords/>
  <dc:description>generated by python-docx</dc:description>
  <cp:lastModifiedBy>Madara Buša</cp:lastModifiedBy>
  <cp:revision>2</cp:revision>
  <dcterms:created xsi:type="dcterms:W3CDTF">2026-09-11T12:25:00Z</dcterms:created>
  <dcterms:modified xsi:type="dcterms:W3CDTF">2026-09-11T12:25:00Z</dcterms:modified>
  <cp:category/>
</cp:coreProperties>
</file>