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4BBE46" w14:textId="77777777" w:rsidR="003E3ABE" w:rsidRDefault="003472B9">
      <w:pPr>
        <w:pStyle w:val="Title"/>
        <w:jc w:val="center"/>
      </w:pPr>
      <w:r>
        <w:t>ES ATBILSTĪBAS DEKLARĀCIJA</w:t>
      </w:r>
    </w:p>
    <w:p w14:paraId="53CF7E63" w14:textId="77777777" w:rsidR="003E3ABE" w:rsidRDefault="003472B9">
      <w:pPr>
        <w:jc w:val="center"/>
      </w:pPr>
      <w:r>
        <w:rPr>
          <w:b/>
        </w:rPr>
        <w:t xml:space="preserve">Nr. </w:t>
      </w:r>
      <w:r>
        <w:t>[Ievadiet deklarācijas identifikācijas numuru]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972"/>
      </w:tblGrid>
      <w:tr w:rsidR="003E3ABE" w14:paraId="10916C99" w14:textId="77777777">
        <w:trPr>
          <w:cantSplit/>
          <w:jc w:val="center"/>
        </w:trPr>
        <w:tc>
          <w:tcPr>
            <w:tcW w:w="9972" w:type="dxa"/>
            <w:shd w:val="clear" w:color="auto" w:fill="FFF2CC"/>
            <w:tcMar>
              <w:top w:w="130" w:type="dxa"/>
              <w:left w:w="160" w:type="dxa"/>
              <w:bottom w:w="130" w:type="dxa"/>
              <w:right w:w="160" w:type="dxa"/>
            </w:tcMar>
          </w:tcPr>
          <w:p w14:paraId="5A3078A6" w14:textId="77777777" w:rsidR="003E3ABE" w:rsidRDefault="003472B9">
            <w:pPr>
              <w:spacing w:after="0"/>
            </w:pPr>
            <w:r>
              <w:rPr>
                <w:b/>
              </w:rPr>
              <w:t xml:space="preserve">Lietošanas norāde. </w:t>
            </w:r>
            <w:r>
              <w:t>Pelēkajos laukos aizstājiet iekavās norādīto tekstu ar konkrētā iepakojuma datiem. Neatbilstošās izvēles dzēsiet.</w:t>
            </w:r>
          </w:p>
        </w:tc>
      </w:tr>
    </w:tbl>
    <w:p w14:paraId="35FFD976" w14:textId="77777777" w:rsidR="003E3ABE" w:rsidRDefault="003E3ABE"/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972"/>
      </w:tblGrid>
      <w:tr w:rsidR="003E3ABE" w14:paraId="2DEA55E7" w14:textId="77777777">
        <w:trPr>
          <w:cantSplit/>
          <w:jc w:val="center"/>
        </w:trPr>
        <w:tc>
          <w:tcPr>
            <w:tcW w:w="9972" w:type="dxa"/>
            <w:shd w:val="clear" w:color="auto" w:fill="D9EAF7"/>
            <w:tcMar>
              <w:top w:w="80" w:type="dxa"/>
              <w:left w:w="140" w:type="dxa"/>
              <w:bottom w:w="70" w:type="dxa"/>
              <w:right w:w="140" w:type="dxa"/>
            </w:tcMar>
            <w:vAlign w:val="center"/>
          </w:tcPr>
          <w:p w14:paraId="33466054" w14:textId="77777777" w:rsidR="003E3ABE" w:rsidRDefault="003472B9">
            <w:pPr>
              <w:spacing w:after="0"/>
            </w:pPr>
            <w:r>
              <w:rPr>
                <w:b/>
                <w:sz w:val="20"/>
              </w:rPr>
              <w:t>1. Unikāls iepakojuma identifikācijas numurs</w:t>
            </w:r>
          </w:p>
        </w:tc>
      </w:tr>
      <w:tr w:rsidR="003E3ABE" w:rsidRPr="00640938" w14:paraId="3D981462" w14:textId="77777777">
        <w:trPr>
          <w:cantSplit/>
          <w:jc w:val="center"/>
        </w:trPr>
        <w:tc>
          <w:tcPr>
            <w:tcW w:w="9972" w:type="dxa"/>
            <w:shd w:val="clear" w:color="auto" w:fill="F7F9FB"/>
            <w:tcMar>
              <w:top w:w="130" w:type="dxa"/>
              <w:left w:w="160" w:type="dxa"/>
              <w:bottom w:w="130" w:type="dxa"/>
              <w:right w:w="160" w:type="dxa"/>
            </w:tcMar>
          </w:tcPr>
          <w:p w14:paraId="11EE3B2A" w14:textId="77777777" w:rsidR="003E3ABE" w:rsidRPr="00640938" w:rsidRDefault="003472B9">
            <w:pPr>
              <w:pStyle w:val="Aizpildmaislauks"/>
              <w:rPr>
                <w:lang w:val="sv-SE"/>
              </w:rPr>
            </w:pPr>
            <w:r w:rsidRPr="00640938">
              <w:rPr>
                <w:lang w:val="sv-SE"/>
              </w:rPr>
              <w:t>[Ievadiet tipa, modeļa, partijas, sērijas vai citu unikālu identifikācijas numuru]</w:t>
            </w:r>
          </w:p>
          <w:p w14:paraId="7B606F3B" w14:textId="77777777" w:rsidR="003E3ABE" w:rsidRPr="00640938" w:rsidRDefault="003472B9">
            <w:pPr>
              <w:spacing w:before="60" w:after="0"/>
              <w:rPr>
                <w:lang w:val="sv-SE"/>
              </w:rPr>
            </w:pPr>
            <w:r w:rsidRPr="00640938">
              <w:rPr>
                <w:i/>
                <w:color w:val="646464"/>
                <w:sz w:val="17"/>
                <w:lang w:val="sv-SE"/>
              </w:rPr>
              <w:t>Identifikācijai jānodrošina deklarācijas priekšmeta izsekojamība.</w:t>
            </w:r>
          </w:p>
        </w:tc>
      </w:tr>
    </w:tbl>
    <w:p w14:paraId="0E52C773" w14:textId="77777777" w:rsidR="003E3ABE" w:rsidRPr="00640938" w:rsidRDefault="003E3ABE">
      <w:pPr>
        <w:spacing w:after="20"/>
        <w:rPr>
          <w:lang w:val="sv-SE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972"/>
      </w:tblGrid>
      <w:tr w:rsidR="003E3ABE" w14:paraId="3CD23058" w14:textId="77777777">
        <w:trPr>
          <w:cantSplit/>
          <w:jc w:val="center"/>
        </w:trPr>
        <w:tc>
          <w:tcPr>
            <w:tcW w:w="9972" w:type="dxa"/>
            <w:shd w:val="clear" w:color="auto" w:fill="D9EAF7"/>
            <w:tcMar>
              <w:top w:w="80" w:type="dxa"/>
              <w:left w:w="140" w:type="dxa"/>
              <w:bottom w:w="70" w:type="dxa"/>
              <w:right w:w="140" w:type="dxa"/>
            </w:tcMar>
            <w:vAlign w:val="center"/>
          </w:tcPr>
          <w:p w14:paraId="18BA4412" w14:textId="77777777" w:rsidR="003E3ABE" w:rsidRDefault="003472B9">
            <w:pPr>
              <w:spacing w:after="0"/>
            </w:pPr>
            <w:r>
              <w:rPr>
                <w:b/>
                <w:sz w:val="20"/>
              </w:rPr>
              <w:t>2. Izgatavotāja nosaukums un adrese</w:t>
            </w:r>
          </w:p>
        </w:tc>
      </w:tr>
      <w:tr w:rsidR="003E3ABE" w14:paraId="2A0DDBED" w14:textId="77777777">
        <w:trPr>
          <w:cantSplit/>
          <w:jc w:val="center"/>
        </w:trPr>
        <w:tc>
          <w:tcPr>
            <w:tcW w:w="9972" w:type="dxa"/>
            <w:shd w:val="clear" w:color="auto" w:fill="F7F9FB"/>
            <w:tcMar>
              <w:top w:w="130" w:type="dxa"/>
              <w:left w:w="160" w:type="dxa"/>
              <w:bottom w:w="130" w:type="dxa"/>
              <w:right w:w="160" w:type="dxa"/>
            </w:tcMar>
          </w:tcPr>
          <w:p w14:paraId="66957695" w14:textId="77777777" w:rsidR="003E3ABE" w:rsidRDefault="003472B9">
            <w:pPr>
              <w:pStyle w:val="Aizpildmaislauks"/>
            </w:pPr>
            <w:r>
              <w:t>[Pilns juridiskais nosaukums]</w:t>
            </w:r>
            <w:r>
              <w:br/>
              <w:t>[Reģistrācijas numurs, ja izmanto]</w:t>
            </w:r>
            <w:r>
              <w:br/>
              <w:t>[Juridiskā/pasta adrese, valsts]</w:t>
            </w:r>
            <w:r>
              <w:br/>
              <w:t>[E-pasts, tālrunis, tīmekļvietne]</w:t>
            </w:r>
          </w:p>
          <w:p w14:paraId="0EF3316F" w14:textId="77777777" w:rsidR="003E3ABE" w:rsidRDefault="003E3ABE"/>
          <w:p w14:paraId="22BC3A1B" w14:textId="77777777" w:rsidR="003E3ABE" w:rsidRDefault="003E3ABE"/>
        </w:tc>
      </w:tr>
    </w:tbl>
    <w:p w14:paraId="70BADCD3" w14:textId="77777777" w:rsidR="003E3ABE" w:rsidRDefault="003E3ABE">
      <w:pPr>
        <w:spacing w:after="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972"/>
      </w:tblGrid>
      <w:tr w:rsidR="003E3ABE" w14:paraId="3372D6E5" w14:textId="77777777">
        <w:trPr>
          <w:cantSplit/>
          <w:jc w:val="center"/>
        </w:trPr>
        <w:tc>
          <w:tcPr>
            <w:tcW w:w="9972" w:type="dxa"/>
            <w:shd w:val="clear" w:color="auto" w:fill="D9EAF7"/>
            <w:tcMar>
              <w:top w:w="80" w:type="dxa"/>
              <w:left w:w="140" w:type="dxa"/>
              <w:bottom w:w="70" w:type="dxa"/>
              <w:right w:w="140" w:type="dxa"/>
            </w:tcMar>
            <w:vAlign w:val="center"/>
          </w:tcPr>
          <w:p w14:paraId="4BB680AA" w14:textId="77777777" w:rsidR="003E3ABE" w:rsidRDefault="003472B9">
            <w:pPr>
              <w:spacing w:after="0"/>
            </w:pPr>
            <w:r>
              <w:rPr>
                <w:b/>
                <w:sz w:val="20"/>
              </w:rPr>
              <w:t>2.1. Pilnvarotais pārstāvis, ja attiecināms</w:t>
            </w:r>
          </w:p>
        </w:tc>
      </w:tr>
      <w:tr w:rsidR="003E3ABE" w14:paraId="30F3AE83" w14:textId="77777777">
        <w:trPr>
          <w:cantSplit/>
          <w:jc w:val="center"/>
        </w:trPr>
        <w:tc>
          <w:tcPr>
            <w:tcW w:w="9972" w:type="dxa"/>
            <w:shd w:val="clear" w:color="auto" w:fill="F7F9FB"/>
            <w:tcMar>
              <w:top w:w="130" w:type="dxa"/>
              <w:left w:w="160" w:type="dxa"/>
              <w:bottom w:w="130" w:type="dxa"/>
              <w:right w:w="160" w:type="dxa"/>
            </w:tcMar>
          </w:tcPr>
          <w:p w14:paraId="57AAE090" w14:textId="77777777" w:rsidR="003E3ABE" w:rsidRDefault="003472B9">
            <w:pPr>
              <w:pStyle w:val="Aizpildmaislauks"/>
            </w:pPr>
            <w:r>
              <w:t>☐ Nav piemērojams</w:t>
            </w:r>
            <w:r>
              <w:br/>
              <w:t>☐ Ir piemērojams: [nosaukums, adrese un kontaktinformācija]</w:t>
            </w:r>
          </w:p>
          <w:p w14:paraId="5175D831" w14:textId="77777777" w:rsidR="003E3ABE" w:rsidRDefault="003E3ABE"/>
        </w:tc>
      </w:tr>
    </w:tbl>
    <w:p w14:paraId="0F7AA1D9" w14:textId="77777777" w:rsidR="003E3ABE" w:rsidRDefault="003E3ABE">
      <w:pPr>
        <w:spacing w:after="20"/>
      </w:pPr>
    </w:p>
    <w:p w14:paraId="6E9FB588" w14:textId="77777777" w:rsidR="003E3ABE" w:rsidRDefault="003472B9">
      <w:pPr>
        <w:pStyle w:val="Heading1"/>
      </w:pPr>
      <w:r>
        <w:t>3. Atbildība par deklarācijas izdošanu</w:t>
      </w:r>
    </w:p>
    <w:p w14:paraId="000408FD" w14:textId="77777777" w:rsidR="003E3ABE" w:rsidRDefault="003472B9">
      <w:pPr>
        <w:ind w:left="227"/>
      </w:pPr>
      <w:r>
        <w:t>Par šīs atbilstības deklarācijas izdošanu ir atbildīgs tikai un vienīgi izgatavotājs.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972"/>
      </w:tblGrid>
      <w:tr w:rsidR="003E3ABE" w14:paraId="72F64E9F" w14:textId="77777777">
        <w:trPr>
          <w:cantSplit/>
          <w:jc w:val="center"/>
        </w:trPr>
        <w:tc>
          <w:tcPr>
            <w:tcW w:w="9972" w:type="dxa"/>
            <w:shd w:val="clear" w:color="auto" w:fill="D9EAF7"/>
            <w:tcMar>
              <w:top w:w="80" w:type="dxa"/>
              <w:left w:w="140" w:type="dxa"/>
              <w:bottom w:w="70" w:type="dxa"/>
              <w:right w:w="140" w:type="dxa"/>
            </w:tcMar>
            <w:vAlign w:val="center"/>
          </w:tcPr>
          <w:p w14:paraId="3F529A36" w14:textId="77777777" w:rsidR="003E3ABE" w:rsidRDefault="003472B9">
            <w:pPr>
              <w:spacing w:after="0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 xml:space="preserve">4. </w:t>
            </w:r>
            <w:proofErr w:type="spellStart"/>
            <w:r>
              <w:rPr>
                <w:b/>
                <w:sz w:val="20"/>
              </w:rPr>
              <w:t>Deklarācijas</w:t>
            </w:r>
            <w:proofErr w:type="spellEnd"/>
            <w:r>
              <w:rPr>
                <w:b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priekšmets</w:t>
            </w:r>
            <w:proofErr w:type="spellEnd"/>
          </w:p>
          <w:p w14:paraId="23E51585" w14:textId="77777777" w:rsidR="00277E76" w:rsidRPr="00277E76" w:rsidRDefault="00277E76" w:rsidP="00277E76"/>
          <w:p w14:paraId="494A0BE8" w14:textId="77777777" w:rsidR="00277E76" w:rsidRPr="00277E76" w:rsidRDefault="00277E76" w:rsidP="00277E76"/>
          <w:p w14:paraId="7989039C" w14:textId="77777777" w:rsidR="00277E76" w:rsidRPr="00277E76" w:rsidRDefault="00277E76" w:rsidP="00277E76"/>
          <w:p w14:paraId="2B59219D" w14:textId="77777777" w:rsidR="00277E76" w:rsidRPr="00277E76" w:rsidRDefault="00277E76" w:rsidP="00277E76"/>
          <w:p w14:paraId="50486B37" w14:textId="77777777" w:rsidR="00277E76" w:rsidRPr="00277E76" w:rsidRDefault="00277E76" w:rsidP="00277E76"/>
          <w:p w14:paraId="6765901B" w14:textId="77777777" w:rsidR="00277E76" w:rsidRPr="00277E76" w:rsidRDefault="00277E76" w:rsidP="00277E76"/>
          <w:p w14:paraId="10AD60EE" w14:textId="77777777" w:rsidR="00277E76" w:rsidRPr="00277E76" w:rsidRDefault="00277E76" w:rsidP="00277E76"/>
          <w:p w14:paraId="63F53650" w14:textId="77777777" w:rsidR="00277E76" w:rsidRPr="00277E76" w:rsidRDefault="00277E76" w:rsidP="00277E76"/>
          <w:p w14:paraId="71FCAC79" w14:textId="77777777" w:rsidR="00277E76" w:rsidRPr="00277E76" w:rsidRDefault="00277E76" w:rsidP="00277E76"/>
          <w:p w14:paraId="35D978A6" w14:textId="77777777" w:rsidR="00277E76" w:rsidRPr="00277E76" w:rsidRDefault="00277E76" w:rsidP="00277E76"/>
        </w:tc>
      </w:tr>
      <w:tr w:rsidR="003E3ABE" w14:paraId="7BBD49FF" w14:textId="77777777">
        <w:trPr>
          <w:cantSplit/>
          <w:jc w:val="center"/>
        </w:trPr>
        <w:tc>
          <w:tcPr>
            <w:tcW w:w="9972" w:type="dxa"/>
            <w:shd w:val="clear" w:color="auto" w:fill="F7F9FB"/>
            <w:tcMar>
              <w:top w:w="130" w:type="dxa"/>
              <w:left w:w="160" w:type="dxa"/>
              <w:bottom w:w="130" w:type="dxa"/>
              <w:right w:w="160" w:type="dxa"/>
            </w:tcMar>
          </w:tcPr>
          <w:p w14:paraId="6E331B0D" w14:textId="77777777" w:rsidR="003E3ABE" w:rsidRDefault="003472B9">
            <w:pPr>
              <w:pStyle w:val="Aizpildmaislauks"/>
            </w:pPr>
            <w:r>
              <w:t>[Iepakojuma nosaukums un veids]</w:t>
            </w:r>
            <w:r>
              <w:br/>
              <w:t>[Materiāls vai materiālu sastāvs]</w:t>
            </w:r>
            <w:r>
              <w:br/>
              <w:t>[Formāts, tilpums, izmērs vai masa]</w:t>
            </w:r>
            <w:r>
              <w:br/>
              <w:t>[Paredzētais lietojums]</w:t>
            </w:r>
            <w:r>
              <w:br/>
              <w:t>[Komponenti, marķējums un cita izsekojamībai būtiska informācija]</w:t>
            </w:r>
          </w:p>
          <w:p w14:paraId="39A1B424" w14:textId="77777777" w:rsidR="003E3ABE" w:rsidRDefault="003E3ABE"/>
          <w:p w14:paraId="0B888AA5" w14:textId="77777777" w:rsidR="003E3ABE" w:rsidRDefault="003E3ABE"/>
          <w:p w14:paraId="103B8CF3" w14:textId="77777777" w:rsidR="003E3ABE" w:rsidRDefault="003E3ABE"/>
          <w:p w14:paraId="579AF1CF" w14:textId="77777777" w:rsidR="003E3ABE" w:rsidRDefault="003E3ABE"/>
          <w:p w14:paraId="6E3B807E" w14:textId="77777777" w:rsidR="003E3ABE" w:rsidRDefault="003472B9">
            <w:pPr>
              <w:spacing w:before="60" w:after="0"/>
            </w:pPr>
            <w:r>
              <w:rPr>
                <w:i/>
                <w:color w:val="646464"/>
                <w:sz w:val="17"/>
              </w:rPr>
              <w:t>Ja nepieciešams, pievienojiet attēlu, rasējuma numuru, produkta kodu vai atsauci uz tehnisko dokumentāciju.</w:t>
            </w:r>
          </w:p>
        </w:tc>
      </w:tr>
    </w:tbl>
    <w:p w14:paraId="27CCAEF4" w14:textId="77777777" w:rsidR="003E3ABE" w:rsidRDefault="003E3ABE">
      <w:pPr>
        <w:spacing w:after="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972"/>
      </w:tblGrid>
      <w:tr w:rsidR="003E3ABE" w14:paraId="7D5E7E5B" w14:textId="77777777">
        <w:trPr>
          <w:cantSplit/>
          <w:jc w:val="center"/>
        </w:trPr>
        <w:tc>
          <w:tcPr>
            <w:tcW w:w="9972" w:type="dxa"/>
            <w:shd w:val="clear" w:color="auto" w:fill="D9EAF7"/>
            <w:tcMar>
              <w:top w:w="80" w:type="dxa"/>
              <w:left w:w="140" w:type="dxa"/>
              <w:bottom w:w="70" w:type="dxa"/>
              <w:right w:w="140" w:type="dxa"/>
            </w:tcMar>
            <w:vAlign w:val="center"/>
          </w:tcPr>
          <w:p w14:paraId="72608F18" w14:textId="77777777" w:rsidR="003E3ABE" w:rsidRDefault="003472B9">
            <w:pPr>
              <w:spacing w:after="0"/>
            </w:pPr>
            <w:r>
              <w:rPr>
                <w:b/>
                <w:sz w:val="20"/>
              </w:rPr>
              <w:t>5. Piemērojamie Savienības saskaņošanas tiesību akti</w:t>
            </w:r>
          </w:p>
        </w:tc>
      </w:tr>
      <w:tr w:rsidR="003E3ABE" w:rsidRPr="00640938" w14:paraId="434D7F5D" w14:textId="77777777">
        <w:trPr>
          <w:cantSplit/>
          <w:jc w:val="center"/>
        </w:trPr>
        <w:tc>
          <w:tcPr>
            <w:tcW w:w="9972" w:type="dxa"/>
            <w:shd w:val="clear" w:color="auto" w:fill="F7F9FB"/>
            <w:tcMar>
              <w:top w:w="130" w:type="dxa"/>
              <w:left w:w="160" w:type="dxa"/>
              <w:bottom w:w="130" w:type="dxa"/>
              <w:right w:w="160" w:type="dxa"/>
            </w:tcMar>
          </w:tcPr>
          <w:p w14:paraId="2D2265F7" w14:textId="77777777" w:rsidR="003E3ABE" w:rsidRPr="00640938" w:rsidRDefault="003472B9">
            <w:pPr>
              <w:pStyle w:val="Aizpildmaislauks"/>
              <w:rPr>
                <w:lang w:val="sv-SE"/>
              </w:rPr>
            </w:pPr>
            <w:r w:rsidRPr="00640938">
              <w:rPr>
                <w:lang w:val="sv-SE"/>
              </w:rPr>
              <w:t>Eiropas Parlamenta un Padomes Regula (ES) 2025/40 par iepakojumu un iepakojuma atkritumiem.</w:t>
            </w:r>
            <w:r w:rsidRPr="00640938">
              <w:rPr>
                <w:lang w:val="sv-SE"/>
              </w:rPr>
              <w:br/>
              <w:t>[Citi piemērojamie Savienības tiesību akti un atsauces uz to publikācijām, ja attiecināms]</w:t>
            </w:r>
          </w:p>
          <w:p w14:paraId="1BAE86C8" w14:textId="77777777" w:rsidR="003E3ABE" w:rsidRPr="00640938" w:rsidRDefault="003E3ABE">
            <w:pPr>
              <w:rPr>
                <w:lang w:val="sv-SE"/>
              </w:rPr>
            </w:pPr>
          </w:p>
          <w:p w14:paraId="1175562A" w14:textId="77777777" w:rsidR="003E3ABE" w:rsidRPr="00640938" w:rsidRDefault="003E3ABE">
            <w:pPr>
              <w:rPr>
                <w:lang w:val="sv-SE"/>
              </w:rPr>
            </w:pPr>
          </w:p>
          <w:p w14:paraId="5D7742E0" w14:textId="77777777" w:rsidR="003E3ABE" w:rsidRPr="00640938" w:rsidRDefault="003472B9">
            <w:pPr>
              <w:spacing w:before="60" w:after="0"/>
              <w:rPr>
                <w:lang w:val="sv-SE"/>
              </w:rPr>
            </w:pPr>
            <w:r w:rsidRPr="00640938">
              <w:rPr>
                <w:i/>
                <w:color w:val="646464"/>
                <w:sz w:val="17"/>
                <w:lang w:val="sv-SE"/>
              </w:rPr>
              <w:t>Ja iepakojumam vai iepakotajam produktam piemēro vairākus ES aktus, tos norāda vienā deklarācijā vai pievienotā deklarāciju dosjē.</w:t>
            </w:r>
          </w:p>
        </w:tc>
      </w:tr>
    </w:tbl>
    <w:p w14:paraId="0F1BF385" w14:textId="77777777" w:rsidR="003E3ABE" w:rsidRPr="00640938" w:rsidRDefault="003E3ABE">
      <w:pPr>
        <w:spacing w:after="20"/>
        <w:rPr>
          <w:lang w:val="sv-SE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972"/>
      </w:tblGrid>
      <w:tr w:rsidR="003E3ABE" w:rsidRPr="00640938" w14:paraId="1D218471" w14:textId="77777777">
        <w:trPr>
          <w:cantSplit/>
          <w:jc w:val="center"/>
        </w:trPr>
        <w:tc>
          <w:tcPr>
            <w:tcW w:w="9972" w:type="dxa"/>
            <w:shd w:val="clear" w:color="auto" w:fill="D9EAF7"/>
            <w:tcMar>
              <w:top w:w="80" w:type="dxa"/>
              <w:left w:w="140" w:type="dxa"/>
              <w:bottom w:w="70" w:type="dxa"/>
              <w:right w:w="140" w:type="dxa"/>
            </w:tcMar>
            <w:vAlign w:val="center"/>
          </w:tcPr>
          <w:p w14:paraId="3E59FBE6" w14:textId="77777777" w:rsidR="003E3ABE" w:rsidRPr="00640938" w:rsidRDefault="003472B9">
            <w:pPr>
              <w:spacing w:after="0"/>
              <w:rPr>
                <w:lang w:val="sv-SE"/>
              </w:rPr>
            </w:pPr>
            <w:r w:rsidRPr="00640938">
              <w:rPr>
                <w:b/>
                <w:sz w:val="20"/>
                <w:lang w:val="sv-SE"/>
              </w:rPr>
              <w:t>6. Izmantotie standarti un tehniskās specifikācijas</w:t>
            </w:r>
          </w:p>
        </w:tc>
      </w:tr>
      <w:tr w:rsidR="003E3ABE" w:rsidRPr="00640938" w14:paraId="3FD0FE3C" w14:textId="77777777">
        <w:trPr>
          <w:cantSplit/>
          <w:jc w:val="center"/>
        </w:trPr>
        <w:tc>
          <w:tcPr>
            <w:tcW w:w="9972" w:type="dxa"/>
            <w:shd w:val="clear" w:color="auto" w:fill="F7F9FB"/>
            <w:tcMar>
              <w:top w:w="130" w:type="dxa"/>
              <w:left w:w="160" w:type="dxa"/>
              <w:bottom w:w="130" w:type="dxa"/>
              <w:right w:w="160" w:type="dxa"/>
            </w:tcMar>
          </w:tcPr>
          <w:p w14:paraId="29E2AD62" w14:textId="77777777" w:rsidR="003E3ABE" w:rsidRPr="00640938" w:rsidRDefault="003472B9">
            <w:pPr>
              <w:pStyle w:val="Aizpildmaislauks"/>
              <w:rPr>
                <w:lang w:val="sv-SE"/>
              </w:rPr>
            </w:pPr>
            <w:r w:rsidRPr="00640938">
              <w:rPr>
                <w:lang w:val="sv-SE"/>
              </w:rPr>
              <w:lastRenderedPageBreak/>
              <w:t>[Saskaņotā standarta numurs, nosaukums, versija/gads un piemērotās daļas]</w:t>
            </w:r>
            <w:r w:rsidRPr="00640938">
              <w:rPr>
                <w:lang w:val="sv-SE"/>
              </w:rPr>
              <w:br/>
              <w:t>[Kopīgās specifikācijas]</w:t>
            </w:r>
            <w:r w:rsidRPr="00640938">
              <w:rPr>
                <w:lang w:val="sv-SE"/>
              </w:rPr>
              <w:br/>
              <w:t>[Citas tehniskās specifikācijas, testēšanas vai aprēķinu metodes]</w:t>
            </w:r>
            <w:r w:rsidRPr="00640938">
              <w:rPr>
                <w:lang w:val="sv-SE"/>
              </w:rPr>
              <w:br/>
              <w:t>[Ja standarts piemērots daļēji, norādiet piemērotās daļas]</w:t>
            </w:r>
          </w:p>
          <w:p w14:paraId="78224344" w14:textId="77777777" w:rsidR="003E3ABE" w:rsidRPr="00640938" w:rsidRDefault="003E3ABE">
            <w:pPr>
              <w:rPr>
                <w:lang w:val="sv-SE"/>
              </w:rPr>
            </w:pPr>
          </w:p>
          <w:p w14:paraId="557B9085" w14:textId="77777777" w:rsidR="003E3ABE" w:rsidRPr="00640938" w:rsidRDefault="003E3ABE">
            <w:pPr>
              <w:rPr>
                <w:lang w:val="sv-SE"/>
              </w:rPr>
            </w:pPr>
          </w:p>
          <w:p w14:paraId="0064323C" w14:textId="77777777" w:rsidR="003E3ABE" w:rsidRPr="00640938" w:rsidRDefault="003E3ABE">
            <w:pPr>
              <w:rPr>
                <w:lang w:val="sv-SE"/>
              </w:rPr>
            </w:pPr>
          </w:p>
          <w:p w14:paraId="1EE7DB33" w14:textId="77777777" w:rsidR="003E3ABE" w:rsidRPr="00640938" w:rsidRDefault="003E3ABE">
            <w:pPr>
              <w:rPr>
                <w:lang w:val="sv-SE"/>
              </w:rPr>
            </w:pPr>
          </w:p>
        </w:tc>
      </w:tr>
    </w:tbl>
    <w:p w14:paraId="4FB60954" w14:textId="77777777" w:rsidR="003E3ABE" w:rsidRPr="00640938" w:rsidRDefault="003E3ABE">
      <w:pPr>
        <w:spacing w:after="20"/>
        <w:rPr>
          <w:lang w:val="sv-SE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972"/>
      </w:tblGrid>
      <w:tr w:rsidR="003E3ABE" w14:paraId="6EC6107B" w14:textId="77777777">
        <w:trPr>
          <w:cantSplit/>
          <w:jc w:val="center"/>
        </w:trPr>
        <w:tc>
          <w:tcPr>
            <w:tcW w:w="9972" w:type="dxa"/>
            <w:shd w:val="clear" w:color="auto" w:fill="D9EAF7"/>
            <w:tcMar>
              <w:top w:w="80" w:type="dxa"/>
              <w:left w:w="140" w:type="dxa"/>
              <w:bottom w:w="70" w:type="dxa"/>
              <w:right w:w="140" w:type="dxa"/>
            </w:tcMar>
            <w:vAlign w:val="center"/>
          </w:tcPr>
          <w:p w14:paraId="1590CAF0" w14:textId="77777777" w:rsidR="003E3ABE" w:rsidRDefault="003472B9">
            <w:pPr>
              <w:spacing w:after="0"/>
            </w:pPr>
            <w:r>
              <w:rPr>
                <w:b/>
                <w:sz w:val="20"/>
              </w:rPr>
              <w:t>7. Paziņotā struktūra, ja attiecināms</w:t>
            </w:r>
          </w:p>
        </w:tc>
      </w:tr>
      <w:tr w:rsidR="003E3ABE" w14:paraId="599D6356" w14:textId="77777777">
        <w:trPr>
          <w:cantSplit/>
          <w:jc w:val="center"/>
        </w:trPr>
        <w:tc>
          <w:tcPr>
            <w:tcW w:w="9972" w:type="dxa"/>
            <w:shd w:val="clear" w:color="auto" w:fill="F7F9FB"/>
            <w:tcMar>
              <w:top w:w="130" w:type="dxa"/>
              <w:left w:w="160" w:type="dxa"/>
              <w:bottom w:w="130" w:type="dxa"/>
              <w:right w:w="160" w:type="dxa"/>
            </w:tcMar>
          </w:tcPr>
          <w:p w14:paraId="3F7340D6" w14:textId="77777777" w:rsidR="003E3ABE" w:rsidRDefault="003472B9">
            <w:pPr>
              <w:pStyle w:val="Aizpildmaislauks"/>
            </w:pPr>
            <w:r>
              <w:t>☐ Nav piemērojams</w:t>
            </w:r>
            <w:r>
              <w:br/>
              <w:t>☐ Ir piemērojams:</w:t>
            </w:r>
            <w:r>
              <w:br/>
              <w:t>• nosaukums: [ievadiet]</w:t>
            </w:r>
            <w:r>
              <w:br/>
              <w:t>• adrese un numurs: [ievadiet]</w:t>
            </w:r>
            <w:r>
              <w:br/>
              <w:t>• veiktā darbība: [aprakstiet]</w:t>
            </w:r>
            <w:r>
              <w:br/>
              <w:t>• sertifikāts(-i), datums, derīguma termiņš un nosacījumi: [ievadiet]</w:t>
            </w:r>
          </w:p>
          <w:p w14:paraId="438B18D9" w14:textId="77777777" w:rsidR="003E3ABE" w:rsidRDefault="003E3ABE"/>
          <w:p w14:paraId="4A452522" w14:textId="77777777" w:rsidR="003E3ABE" w:rsidRDefault="003E3ABE"/>
          <w:p w14:paraId="59AE5D32" w14:textId="77777777" w:rsidR="003E3ABE" w:rsidRDefault="003E3ABE"/>
          <w:p w14:paraId="113A2AD2" w14:textId="77777777" w:rsidR="003E3ABE" w:rsidRDefault="003E3ABE"/>
          <w:p w14:paraId="7F898417" w14:textId="77777777" w:rsidR="003E3ABE" w:rsidRDefault="003E3ABE"/>
        </w:tc>
      </w:tr>
    </w:tbl>
    <w:p w14:paraId="05F8B330" w14:textId="77777777" w:rsidR="003E3ABE" w:rsidRDefault="003E3ABE">
      <w:pPr>
        <w:spacing w:after="2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972"/>
      </w:tblGrid>
      <w:tr w:rsidR="003E3ABE" w14:paraId="3C6B7BAD" w14:textId="77777777">
        <w:trPr>
          <w:cantSplit/>
          <w:jc w:val="center"/>
        </w:trPr>
        <w:tc>
          <w:tcPr>
            <w:tcW w:w="9972" w:type="dxa"/>
            <w:shd w:val="clear" w:color="auto" w:fill="D9EAF7"/>
            <w:tcMar>
              <w:top w:w="80" w:type="dxa"/>
              <w:left w:w="140" w:type="dxa"/>
              <w:bottom w:w="70" w:type="dxa"/>
              <w:right w:w="140" w:type="dxa"/>
            </w:tcMar>
            <w:vAlign w:val="center"/>
          </w:tcPr>
          <w:p w14:paraId="30FEDCDB" w14:textId="77777777" w:rsidR="003E3ABE" w:rsidRDefault="003472B9">
            <w:pPr>
              <w:spacing w:after="0"/>
            </w:pPr>
            <w:r>
              <w:rPr>
                <w:b/>
                <w:sz w:val="20"/>
              </w:rPr>
              <w:t>8. Papildu informācija</w:t>
            </w:r>
          </w:p>
        </w:tc>
      </w:tr>
      <w:tr w:rsidR="003E3ABE" w14:paraId="7D1FCB58" w14:textId="77777777">
        <w:trPr>
          <w:cantSplit/>
          <w:jc w:val="center"/>
        </w:trPr>
        <w:tc>
          <w:tcPr>
            <w:tcW w:w="9972" w:type="dxa"/>
            <w:shd w:val="clear" w:color="auto" w:fill="F7F9FB"/>
            <w:tcMar>
              <w:top w:w="130" w:type="dxa"/>
              <w:left w:w="160" w:type="dxa"/>
              <w:bottom w:w="130" w:type="dxa"/>
              <w:right w:w="160" w:type="dxa"/>
            </w:tcMar>
          </w:tcPr>
          <w:p w14:paraId="02746595" w14:textId="77777777" w:rsidR="003E3ABE" w:rsidRDefault="003472B9">
            <w:pPr>
              <w:pStyle w:val="Aizpildmaislauks"/>
            </w:pPr>
            <w:r>
              <w:t>[Norādiet papildu informāciju, atsauces uz tehniskās dokumentācijas dosjē, ziņojumiem, sertifikātiem vai pielikumiem]</w:t>
            </w:r>
          </w:p>
          <w:p w14:paraId="4669AE6A" w14:textId="77777777" w:rsidR="003E3ABE" w:rsidRDefault="003E3ABE"/>
          <w:p w14:paraId="5F54F592" w14:textId="77777777" w:rsidR="003E3ABE" w:rsidRDefault="003E3ABE"/>
          <w:p w14:paraId="595DC372" w14:textId="77777777" w:rsidR="003E3ABE" w:rsidRDefault="003E3ABE"/>
        </w:tc>
      </w:tr>
    </w:tbl>
    <w:p w14:paraId="47C8F47E" w14:textId="77777777" w:rsidR="003E3ABE" w:rsidRDefault="003E3ABE">
      <w:pPr>
        <w:spacing w:after="20"/>
      </w:pPr>
    </w:p>
    <w:p w14:paraId="035853A1" w14:textId="77777777" w:rsidR="003E3ABE" w:rsidRDefault="003472B9">
      <w:pPr>
        <w:pStyle w:val="Heading1"/>
      </w:pPr>
      <w:r>
        <w:t>Parakstīšana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48"/>
        <w:gridCol w:w="6576"/>
      </w:tblGrid>
      <w:tr w:rsidR="003E3ABE" w14:paraId="0C4EA14D" w14:textId="77777777">
        <w:trPr>
          <w:cantSplit/>
          <w:jc w:val="center"/>
        </w:trPr>
        <w:tc>
          <w:tcPr>
            <w:tcW w:w="2948" w:type="dxa"/>
            <w:shd w:val="clear" w:color="auto" w:fill="D9EAF7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6E8CF066" w14:textId="77777777" w:rsidR="003E3ABE" w:rsidRDefault="003472B9">
            <w:pPr>
              <w:spacing w:after="0"/>
            </w:pPr>
            <w:r>
              <w:rPr>
                <w:b/>
              </w:rPr>
              <w:t>Parakstīts šādas personas vārdā</w:t>
            </w:r>
          </w:p>
        </w:tc>
        <w:tc>
          <w:tcPr>
            <w:tcW w:w="6576" w:type="dxa"/>
            <w:shd w:val="clear" w:color="auto" w:fill="F7F9FB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2FEF59A3" w14:textId="77777777" w:rsidR="003E3ABE" w:rsidRDefault="003472B9">
            <w:pPr>
              <w:pStyle w:val="Aizpildmaislauks"/>
            </w:pPr>
            <w:r>
              <w:t>[Izgatavotāja pilns nosaukums]</w:t>
            </w:r>
          </w:p>
        </w:tc>
      </w:tr>
      <w:tr w:rsidR="003E3ABE" w14:paraId="2C092612" w14:textId="77777777">
        <w:trPr>
          <w:cantSplit/>
          <w:jc w:val="center"/>
        </w:trPr>
        <w:tc>
          <w:tcPr>
            <w:tcW w:w="2948" w:type="dxa"/>
            <w:shd w:val="clear" w:color="auto" w:fill="D9EAF7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3F8ECDB5" w14:textId="77777777" w:rsidR="003E3ABE" w:rsidRDefault="003472B9">
            <w:pPr>
              <w:spacing w:after="0"/>
            </w:pPr>
            <w:r>
              <w:rPr>
                <w:b/>
              </w:rPr>
              <w:t>Izdošanas vieta</w:t>
            </w:r>
          </w:p>
        </w:tc>
        <w:tc>
          <w:tcPr>
            <w:tcW w:w="6576" w:type="dxa"/>
            <w:shd w:val="clear" w:color="auto" w:fill="F7F9FB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64765E36" w14:textId="77777777" w:rsidR="003E3ABE" w:rsidRDefault="003472B9">
            <w:pPr>
              <w:pStyle w:val="Aizpildmaislauks"/>
            </w:pPr>
            <w:r>
              <w:t>[Pilsēta, valsts]</w:t>
            </w:r>
          </w:p>
        </w:tc>
      </w:tr>
      <w:tr w:rsidR="003E3ABE" w14:paraId="213E306D" w14:textId="77777777">
        <w:trPr>
          <w:cantSplit/>
          <w:jc w:val="center"/>
        </w:trPr>
        <w:tc>
          <w:tcPr>
            <w:tcW w:w="2948" w:type="dxa"/>
            <w:shd w:val="clear" w:color="auto" w:fill="D9EAF7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76063BF4" w14:textId="77777777" w:rsidR="003E3ABE" w:rsidRDefault="003472B9">
            <w:pPr>
              <w:spacing w:after="0"/>
            </w:pPr>
            <w:r>
              <w:rPr>
                <w:b/>
              </w:rPr>
              <w:t>Izdošanas datums</w:t>
            </w:r>
          </w:p>
        </w:tc>
        <w:tc>
          <w:tcPr>
            <w:tcW w:w="6576" w:type="dxa"/>
            <w:shd w:val="clear" w:color="auto" w:fill="F7F9FB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6837016A" w14:textId="77777777" w:rsidR="003E3ABE" w:rsidRDefault="003472B9">
            <w:pPr>
              <w:pStyle w:val="Aizpildmaislauks"/>
            </w:pPr>
            <w:r>
              <w:t>[dd.mm.gggg.]</w:t>
            </w:r>
          </w:p>
        </w:tc>
      </w:tr>
      <w:tr w:rsidR="003E3ABE" w14:paraId="085CC0CB" w14:textId="77777777">
        <w:trPr>
          <w:cantSplit/>
          <w:jc w:val="center"/>
        </w:trPr>
        <w:tc>
          <w:tcPr>
            <w:tcW w:w="2948" w:type="dxa"/>
            <w:shd w:val="clear" w:color="auto" w:fill="D9EAF7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69D4952B" w14:textId="77777777" w:rsidR="003E3ABE" w:rsidRDefault="003472B9">
            <w:pPr>
              <w:spacing w:after="0"/>
            </w:pPr>
            <w:r>
              <w:rPr>
                <w:b/>
              </w:rPr>
              <w:t>Vārds, uzvārds un amats</w:t>
            </w:r>
          </w:p>
        </w:tc>
        <w:tc>
          <w:tcPr>
            <w:tcW w:w="6576" w:type="dxa"/>
            <w:shd w:val="clear" w:color="auto" w:fill="F7F9FB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1B6B8F14" w14:textId="77777777" w:rsidR="003E3ABE" w:rsidRDefault="003472B9">
            <w:pPr>
              <w:pStyle w:val="Aizpildmaislauks"/>
            </w:pPr>
            <w:r>
              <w:t>[Vārds, uzvārds, amats]</w:t>
            </w:r>
          </w:p>
        </w:tc>
      </w:tr>
      <w:tr w:rsidR="003E3ABE" w14:paraId="0BB00183" w14:textId="77777777">
        <w:trPr>
          <w:cantSplit/>
          <w:jc w:val="center"/>
        </w:trPr>
        <w:tc>
          <w:tcPr>
            <w:tcW w:w="2948" w:type="dxa"/>
            <w:shd w:val="clear" w:color="auto" w:fill="D9EAF7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695CED02" w14:textId="77777777" w:rsidR="003E3ABE" w:rsidRDefault="003472B9">
            <w:pPr>
              <w:spacing w:after="0"/>
            </w:pPr>
            <w:r>
              <w:rPr>
                <w:b/>
              </w:rPr>
              <w:lastRenderedPageBreak/>
              <w:t>Paraksts</w:t>
            </w:r>
          </w:p>
        </w:tc>
        <w:tc>
          <w:tcPr>
            <w:tcW w:w="6576" w:type="dxa"/>
            <w:shd w:val="clear" w:color="auto" w:fill="F7F9FB"/>
            <w:tcMar>
              <w:top w:w="110" w:type="dxa"/>
              <w:left w:w="140" w:type="dxa"/>
              <w:bottom w:w="110" w:type="dxa"/>
              <w:right w:w="140" w:type="dxa"/>
            </w:tcMar>
            <w:vAlign w:val="center"/>
          </w:tcPr>
          <w:p w14:paraId="2CFD4796" w14:textId="77777777" w:rsidR="003E3ABE" w:rsidRDefault="003472B9">
            <w:pPr>
              <w:pStyle w:val="Aizpildmaislauks"/>
            </w:pPr>
            <w:r>
              <w:br/>
            </w:r>
            <w:r>
              <w:br/>
            </w:r>
          </w:p>
        </w:tc>
      </w:tr>
    </w:tbl>
    <w:p w14:paraId="7A36C505" w14:textId="77777777" w:rsidR="003E3ABE" w:rsidRDefault="003E3ABE"/>
    <w:tbl>
      <w:tblPr>
        <w:tblW w:w="0" w:type="auto"/>
        <w:tblLook w:val="04A0" w:firstRow="1" w:lastRow="0" w:firstColumn="1" w:lastColumn="0" w:noHBand="0" w:noVBand="1"/>
      </w:tblPr>
      <w:tblGrid>
        <w:gridCol w:w="9972"/>
      </w:tblGrid>
      <w:tr w:rsidR="003E3ABE" w14:paraId="57828FA2" w14:textId="77777777">
        <w:trPr>
          <w:cantSplit/>
        </w:trPr>
        <w:tc>
          <w:tcPr>
            <w:tcW w:w="9972" w:type="dxa"/>
            <w:shd w:val="clear" w:color="auto" w:fill="E2F0D9"/>
            <w:tcMar>
              <w:top w:w="130" w:type="dxa"/>
              <w:left w:w="160" w:type="dxa"/>
              <w:bottom w:w="130" w:type="dxa"/>
              <w:right w:w="160" w:type="dxa"/>
            </w:tcMar>
          </w:tcPr>
          <w:p w14:paraId="22314721" w14:textId="77777777" w:rsidR="003E3ABE" w:rsidRDefault="003472B9">
            <w:pPr>
              <w:spacing w:after="0"/>
            </w:pPr>
            <w:r>
              <w:rPr>
                <w:b/>
              </w:rPr>
              <w:t xml:space="preserve">Pārbaudes saraksts pirms parakstīšanas: </w:t>
            </w:r>
            <w:r>
              <w:t>☐ deklarācija attiecas uz konkrētu iepakojuma veidu;  ☐ dati sakrīt ar tehnisko dokumentāciju;  ☐ norādīti piemērojamie tiesību akti un specifikācijas;  ☐ deklarācija ir datēta un parakstīta;  ☐ saglabāta kopā ar tehnisko dokumentāciju.</w:t>
            </w:r>
          </w:p>
        </w:tc>
      </w:tr>
    </w:tbl>
    <w:p w14:paraId="46CD211A" w14:textId="77777777" w:rsidR="003E3ABE" w:rsidRDefault="003472B9">
      <w:pPr>
        <w:spacing w:before="200"/>
      </w:pPr>
      <w:r>
        <w:rPr>
          <w:b/>
        </w:rPr>
        <w:t xml:space="preserve">Juridiska piezīme: </w:t>
      </w:r>
      <w:r>
        <w:t>Šī veidne ir strukturēta atbilstoši Regulas (ES) 2025/40 VIII pielikumam. Tā neaizstāj izgatavotāja pienākumu veikt atbilstības novērtēšanu un sagatavot konkrētajam iepakojumam atbilstošu tehnisko dokumentāciju.</w:t>
      </w:r>
    </w:p>
    <w:sectPr w:rsidR="003E3ABE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020" w:right="1134" w:bottom="96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E8C799" w14:textId="77777777" w:rsidR="00C3592C" w:rsidRDefault="00C3592C">
      <w:pPr>
        <w:spacing w:after="0" w:line="240" w:lineRule="auto"/>
      </w:pPr>
      <w:r>
        <w:separator/>
      </w:r>
    </w:p>
  </w:endnote>
  <w:endnote w:type="continuationSeparator" w:id="0">
    <w:p w14:paraId="31DC2260" w14:textId="77777777" w:rsidR="00C3592C" w:rsidRDefault="00C359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932DE" w14:textId="77777777" w:rsidR="00277E76" w:rsidRDefault="00277E7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1852D2" w14:textId="77777777" w:rsidR="003E3ABE" w:rsidRDefault="003472B9">
    <w:pPr>
      <w:pStyle w:val="Footer"/>
      <w:jc w:val="center"/>
    </w:pPr>
    <w:proofErr w:type="spellStart"/>
    <w:r>
      <w:rPr>
        <w:color w:val="646464"/>
        <w:sz w:val="16"/>
      </w:rPr>
      <w:t>Komersantiem</w:t>
    </w:r>
    <w:proofErr w:type="spellEnd"/>
    <w:r>
      <w:rPr>
        <w:color w:val="646464"/>
        <w:sz w:val="16"/>
      </w:rPr>
      <w:t xml:space="preserve"> </w:t>
    </w:r>
    <w:proofErr w:type="spellStart"/>
    <w:r>
      <w:rPr>
        <w:color w:val="646464"/>
        <w:sz w:val="16"/>
      </w:rPr>
      <w:t>paredzēta</w:t>
    </w:r>
    <w:proofErr w:type="spellEnd"/>
    <w:r>
      <w:rPr>
        <w:color w:val="646464"/>
        <w:sz w:val="16"/>
      </w:rPr>
      <w:t xml:space="preserve"> </w:t>
    </w:r>
    <w:proofErr w:type="spellStart"/>
    <w:r>
      <w:rPr>
        <w:color w:val="646464"/>
        <w:sz w:val="16"/>
      </w:rPr>
      <w:t>aizpildāma</w:t>
    </w:r>
    <w:proofErr w:type="spellEnd"/>
    <w:r>
      <w:rPr>
        <w:color w:val="646464"/>
        <w:sz w:val="16"/>
      </w:rPr>
      <w:t xml:space="preserve"> </w:t>
    </w:r>
    <w:proofErr w:type="spellStart"/>
    <w:r>
      <w:rPr>
        <w:color w:val="646464"/>
        <w:sz w:val="16"/>
      </w:rPr>
      <w:t>veidne</w:t>
    </w:r>
    <w:proofErr w:type="spellEnd"/>
    <w:r>
      <w:rPr>
        <w:color w:val="646464"/>
        <w:sz w:val="16"/>
      </w:rPr>
      <w:t xml:space="preserve">. </w:t>
    </w:r>
    <w:proofErr w:type="spellStart"/>
    <w:r>
      <w:rPr>
        <w:color w:val="646464"/>
        <w:sz w:val="16"/>
      </w:rPr>
      <w:t>Pirms</w:t>
    </w:r>
    <w:proofErr w:type="spellEnd"/>
    <w:r>
      <w:rPr>
        <w:color w:val="646464"/>
        <w:sz w:val="16"/>
      </w:rPr>
      <w:t xml:space="preserve"> </w:t>
    </w:r>
    <w:proofErr w:type="spellStart"/>
    <w:r>
      <w:rPr>
        <w:color w:val="646464"/>
        <w:sz w:val="16"/>
      </w:rPr>
      <w:t>parakstīšanas</w:t>
    </w:r>
    <w:proofErr w:type="spellEnd"/>
    <w:r>
      <w:rPr>
        <w:color w:val="646464"/>
        <w:sz w:val="16"/>
      </w:rPr>
      <w:t xml:space="preserve"> </w:t>
    </w:r>
    <w:proofErr w:type="spellStart"/>
    <w:r>
      <w:rPr>
        <w:color w:val="646464"/>
        <w:sz w:val="16"/>
      </w:rPr>
      <w:t>pārbaudiet</w:t>
    </w:r>
    <w:proofErr w:type="spellEnd"/>
    <w:r>
      <w:rPr>
        <w:color w:val="646464"/>
        <w:sz w:val="16"/>
      </w:rPr>
      <w:t xml:space="preserve"> </w:t>
    </w:r>
    <w:proofErr w:type="spellStart"/>
    <w:r>
      <w:rPr>
        <w:color w:val="646464"/>
        <w:sz w:val="16"/>
      </w:rPr>
      <w:t>informāciju</w:t>
    </w:r>
    <w:proofErr w:type="spellEnd"/>
    <w:r>
      <w:rPr>
        <w:color w:val="646464"/>
        <w:sz w:val="16"/>
      </w:rPr>
      <w:t xml:space="preserve"> </w:t>
    </w:r>
    <w:proofErr w:type="spellStart"/>
    <w:r>
      <w:rPr>
        <w:color w:val="646464"/>
        <w:sz w:val="16"/>
      </w:rPr>
      <w:t>pret</w:t>
    </w:r>
    <w:proofErr w:type="spellEnd"/>
    <w:r>
      <w:rPr>
        <w:color w:val="646464"/>
        <w:sz w:val="16"/>
      </w:rPr>
      <w:t xml:space="preserve"> </w:t>
    </w:r>
    <w:proofErr w:type="spellStart"/>
    <w:r>
      <w:rPr>
        <w:color w:val="646464"/>
        <w:sz w:val="16"/>
      </w:rPr>
      <w:t>tehnisko</w:t>
    </w:r>
    <w:proofErr w:type="spellEnd"/>
    <w:r>
      <w:rPr>
        <w:color w:val="646464"/>
        <w:sz w:val="16"/>
      </w:rPr>
      <w:t xml:space="preserve"> </w:t>
    </w:r>
    <w:proofErr w:type="spellStart"/>
    <w:r>
      <w:rPr>
        <w:color w:val="646464"/>
        <w:sz w:val="16"/>
      </w:rPr>
      <w:t>dokumentāciju</w:t>
    </w:r>
    <w:proofErr w:type="spellEnd"/>
    <w:r>
      <w:rPr>
        <w:color w:val="646464"/>
        <w:sz w:val="16"/>
      </w:rPr>
      <w:t>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A17E8F" w14:textId="77777777" w:rsidR="00277E76" w:rsidRDefault="00277E7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DAA5A7" w14:textId="77777777" w:rsidR="00C3592C" w:rsidRDefault="00C3592C">
      <w:pPr>
        <w:spacing w:after="0" w:line="240" w:lineRule="auto"/>
      </w:pPr>
      <w:r>
        <w:separator/>
      </w:r>
    </w:p>
  </w:footnote>
  <w:footnote w:type="continuationSeparator" w:id="0">
    <w:p w14:paraId="43DE770E" w14:textId="77777777" w:rsidR="00C3592C" w:rsidRDefault="00C359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433743" w14:textId="77777777" w:rsidR="00277E76" w:rsidRDefault="00277E7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5DC51B" w14:textId="77777777" w:rsidR="003E3ABE" w:rsidRPr="00640938" w:rsidRDefault="003472B9">
    <w:pPr>
      <w:pStyle w:val="Header"/>
      <w:jc w:val="right"/>
      <w:rPr>
        <w:lang w:val="sv-SE"/>
      </w:rPr>
    </w:pPr>
    <w:r w:rsidRPr="00640938">
      <w:rPr>
        <w:color w:val="646464"/>
        <w:sz w:val="16"/>
        <w:lang w:val="sv-SE"/>
      </w:rPr>
      <w:t>ES ATBILSTĪBAS DEKLARĀCIJAS VEIDNE  |  Regula (ES) 2025/40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7FE7C7" w14:textId="77777777" w:rsidR="00277E76" w:rsidRDefault="00277E7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83869795">
    <w:abstractNumId w:val="8"/>
  </w:num>
  <w:num w:numId="2" w16cid:durableId="2088531256">
    <w:abstractNumId w:val="6"/>
  </w:num>
  <w:num w:numId="3" w16cid:durableId="1785466006">
    <w:abstractNumId w:val="5"/>
  </w:num>
  <w:num w:numId="4" w16cid:durableId="1294170766">
    <w:abstractNumId w:val="4"/>
  </w:num>
  <w:num w:numId="5" w16cid:durableId="221913422">
    <w:abstractNumId w:val="7"/>
  </w:num>
  <w:num w:numId="6" w16cid:durableId="278999465">
    <w:abstractNumId w:val="3"/>
  </w:num>
  <w:num w:numId="7" w16cid:durableId="1453288448">
    <w:abstractNumId w:val="2"/>
  </w:num>
  <w:num w:numId="8" w16cid:durableId="1965578495">
    <w:abstractNumId w:val="1"/>
  </w:num>
  <w:num w:numId="9" w16cid:durableId="20443564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77E76"/>
    <w:rsid w:val="0029639D"/>
    <w:rsid w:val="00326F90"/>
    <w:rsid w:val="00330D4C"/>
    <w:rsid w:val="003472B9"/>
    <w:rsid w:val="003E3ABE"/>
    <w:rsid w:val="00640938"/>
    <w:rsid w:val="00AA1D8D"/>
    <w:rsid w:val="00B47730"/>
    <w:rsid w:val="00C3592C"/>
    <w:rsid w:val="00CB0664"/>
    <w:rsid w:val="00EE3F9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6A1E71F"/>
  <w14:defaultImageDpi w14:val="300"/>
  <w15:docId w15:val="{DEB4B923-C3BC-42D9-B8E0-7D2BC481F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ptos" w:hAnsi="Aptos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/>
      <w:outlineLvl w:val="0"/>
    </w:pPr>
    <w:rPr>
      <w:rFonts w:asciiTheme="majorHAnsi" w:eastAsiaTheme="majorEastAsia" w:hAnsiTheme="majorHAnsi" w:cstheme="majorBidi"/>
      <w:b/>
      <w:bCs/>
      <w:color w:val="1F4E79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F4E79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Aizpildmaislauks">
    <w:name w:val="Aizpildāmais lauks"/>
    <w:pPr>
      <w:spacing w:after="40"/>
    </w:pPr>
    <w:rPr>
      <w:rFonts w:ascii="Aptos" w:hAnsi="Aptos"/>
      <w:color w:val="595959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1868</Words>
  <Characters>1066</Characters>
  <Application>Microsoft Office Word</Application>
  <DocSecurity>0</DocSecurity>
  <Lines>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2929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 atbilstības deklarācijas aizpildāma veidne</dc:title>
  <dc:subject>Regulas (ES) 2025/40 VIII pielikuma veidne</dc:subject>
  <dc:creator>Madara Buša</dc:creator>
  <cp:keywords/>
  <dc:description>generated by python-docx</dc:description>
  <cp:lastModifiedBy>Tatjana Alekse</cp:lastModifiedBy>
  <cp:revision>3</cp:revision>
  <dcterms:created xsi:type="dcterms:W3CDTF">2026-09-11T11:13:00Z</dcterms:created>
  <dcterms:modified xsi:type="dcterms:W3CDTF">2026-09-22T14:47:00Z</dcterms:modified>
  <cp:category/>
</cp:coreProperties>
</file>